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156" w:rsidRPr="00217B12" w:rsidRDefault="00DC59C8" w:rsidP="00975323">
      <w:pPr>
        <w:pStyle w:val="Ttulo1"/>
        <w:jc w:val="center"/>
        <w:rPr>
          <w:color w:val="auto"/>
          <w:u w:val="single"/>
        </w:rPr>
      </w:pPr>
      <w:r w:rsidRPr="00217B12">
        <w:rPr>
          <w:color w:val="auto"/>
          <w:u w:val="single"/>
        </w:rPr>
        <w:t xml:space="preserve">GUÍA PRÁCTICA PARA SOLICITAR </w:t>
      </w:r>
      <w:r w:rsidR="007A6063">
        <w:rPr>
          <w:color w:val="auto"/>
          <w:u w:val="single"/>
        </w:rPr>
        <w:t xml:space="preserve">Y JUSTIFICAR </w:t>
      </w:r>
      <w:r w:rsidRPr="00217B12">
        <w:rPr>
          <w:color w:val="auto"/>
          <w:u w:val="single"/>
        </w:rPr>
        <w:t>LA SUBVENCIÓN</w:t>
      </w:r>
      <w:r w:rsidR="0047460C" w:rsidRPr="00217B12">
        <w:rPr>
          <w:color w:val="auto"/>
          <w:u w:val="single"/>
        </w:rPr>
        <w:t xml:space="preserve"> </w:t>
      </w:r>
    </w:p>
    <w:p w:rsidR="00B53156" w:rsidRPr="00D40283" w:rsidRDefault="00DC59C8" w:rsidP="00975323">
      <w:pPr>
        <w:jc w:val="center"/>
        <w:rPr>
          <w:b/>
        </w:rPr>
      </w:pPr>
      <w:proofErr w:type="spellStart"/>
      <w:r w:rsidRPr="00D40283">
        <w:rPr>
          <w:b/>
        </w:rPr>
        <w:t>Competiciones</w:t>
      </w:r>
      <w:proofErr w:type="spellEnd"/>
      <w:r w:rsidRPr="00D40283">
        <w:rPr>
          <w:b/>
        </w:rPr>
        <w:t xml:space="preserve"> </w:t>
      </w:r>
      <w:proofErr w:type="spellStart"/>
      <w:r w:rsidRPr="00D40283">
        <w:rPr>
          <w:b/>
        </w:rPr>
        <w:t>Nacionales</w:t>
      </w:r>
      <w:proofErr w:type="spellEnd"/>
      <w:r w:rsidRPr="00D40283">
        <w:rPr>
          <w:b/>
        </w:rPr>
        <w:t xml:space="preserve"> </w:t>
      </w:r>
      <w:proofErr w:type="spellStart"/>
      <w:r w:rsidRPr="00D40283">
        <w:rPr>
          <w:b/>
        </w:rPr>
        <w:t>Federadas</w:t>
      </w:r>
      <w:proofErr w:type="spellEnd"/>
      <w:r w:rsidRPr="00D40283">
        <w:rPr>
          <w:b/>
        </w:rPr>
        <w:t xml:space="preserve"> </w:t>
      </w:r>
      <w:proofErr w:type="spellStart"/>
      <w:r w:rsidRPr="00D40283">
        <w:rPr>
          <w:b/>
        </w:rPr>
        <w:t>Superiores</w:t>
      </w:r>
      <w:proofErr w:type="spellEnd"/>
      <w:r w:rsidR="007819FC">
        <w:rPr>
          <w:b/>
        </w:rPr>
        <w:t xml:space="preserve">. </w:t>
      </w:r>
      <w:proofErr w:type="spellStart"/>
      <w:r w:rsidR="007819FC">
        <w:rPr>
          <w:b/>
        </w:rPr>
        <w:t>Convocatoria</w:t>
      </w:r>
      <w:proofErr w:type="spellEnd"/>
      <w:r w:rsidR="007819FC">
        <w:rPr>
          <w:b/>
        </w:rPr>
        <w:t xml:space="preserve"> 2026</w:t>
      </w:r>
      <w:r w:rsidR="00975323" w:rsidRPr="00D40283">
        <w:rPr>
          <w:b/>
        </w:rPr>
        <w:t>.</w:t>
      </w:r>
      <w:r w:rsidR="0047460C">
        <w:rPr>
          <w:b/>
        </w:rPr>
        <w:t xml:space="preserve"> </w:t>
      </w:r>
    </w:p>
    <w:p w:rsidR="00B53156" w:rsidRPr="00217B12" w:rsidRDefault="00DC59C8" w:rsidP="00217B12">
      <w:pPr>
        <w:pStyle w:val="Ttulo2"/>
        <w:numPr>
          <w:ilvl w:val="0"/>
          <w:numId w:val="14"/>
        </w:numPr>
        <w:ind w:left="567" w:right="-1141"/>
        <w:rPr>
          <w:color w:val="auto"/>
        </w:rPr>
      </w:pPr>
      <w:r w:rsidRPr="00217B12">
        <w:rPr>
          <w:color w:val="auto"/>
        </w:rPr>
        <w:t>¿QUIÉNES PUEDEN SOLICITARLA?</w:t>
      </w:r>
    </w:p>
    <w:p w:rsidR="00975323" w:rsidRDefault="00DC59C8" w:rsidP="000D1597">
      <w:pPr>
        <w:ind w:left="-142" w:right="-1141"/>
      </w:pPr>
      <w:proofErr w:type="spellStart"/>
      <w:r>
        <w:t>Entidades</w:t>
      </w:r>
      <w:proofErr w:type="spellEnd"/>
      <w:r>
        <w:t xml:space="preserve"> </w:t>
      </w:r>
      <w:proofErr w:type="spellStart"/>
      <w:r>
        <w:t>deportivas</w:t>
      </w:r>
      <w:proofErr w:type="spellEnd"/>
      <w:r>
        <w:t xml:space="preserve"> </w:t>
      </w:r>
      <w:r w:rsidR="00975323">
        <w:t xml:space="preserve">locales </w:t>
      </w:r>
      <w:r>
        <w:t>que:</w:t>
      </w:r>
    </w:p>
    <w:p w:rsidR="007819FC" w:rsidRDefault="00DC59C8" w:rsidP="000D1597">
      <w:pPr>
        <w:spacing w:line="360" w:lineRule="auto"/>
        <w:ind w:left="-142" w:right="-1141"/>
      </w:pPr>
      <w:r>
        <w:t xml:space="preserve">- </w:t>
      </w:r>
      <w:proofErr w:type="spellStart"/>
      <w:r w:rsidR="001300B5">
        <w:t>Figuren</w:t>
      </w:r>
      <w:proofErr w:type="spellEnd"/>
      <w:r>
        <w:t xml:space="preserve"> </w:t>
      </w:r>
      <w:proofErr w:type="spellStart"/>
      <w:r>
        <w:t>inscritas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Registro Andaluz de Entidades Deportivas.</w:t>
      </w:r>
      <w:r>
        <w:br/>
        <w:t>- Tengan sede social en Dos Hermanas.</w:t>
      </w:r>
      <w:r>
        <w:br/>
        <w:t xml:space="preserve">- </w:t>
      </w:r>
      <w:proofErr w:type="spellStart"/>
      <w:r>
        <w:t>Estén</w:t>
      </w:r>
      <w:proofErr w:type="spellEnd"/>
      <w:r>
        <w:t xml:space="preserve"> </w:t>
      </w:r>
      <w:proofErr w:type="spellStart"/>
      <w:r>
        <w:t>inscritas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Registro</w:t>
      </w:r>
      <w:proofErr w:type="spellEnd"/>
      <w:r>
        <w:t xml:space="preserve"> Municipal de </w:t>
      </w:r>
      <w:proofErr w:type="spellStart"/>
      <w:r>
        <w:t>Asociaciones</w:t>
      </w:r>
      <w:proofErr w:type="spellEnd"/>
      <w:r>
        <w:t xml:space="preserve"> (</w:t>
      </w:r>
      <w:proofErr w:type="spellStart"/>
      <w:r>
        <w:t>mínimo</w:t>
      </w:r>
      <w:proofErr w:type="spellEnd"/>
      <w:r>
        <w:t xml:space="preserve"> 2 </w:t>
      </w:r>
      <w:proofErr w:type="spellStart"/>
      <w:r>
        <w:t>años</w:t>
      </w:r>
      <w:proofErr w:type="spellEnd"/>
      <w:r w:rsidR="00975323">
        <w:t xml:space="preserve"> de </w:t>
      </w:r>
      <w:proofErr w:type="spellStart"/>
      <w:r w:rsidR="00975323">
        <w:t>antigüedad</w:t>
      </w:r>
      <w:proofErr w:type="spellEnd"/>
      <w:r>
        <w:t>).</w:t>
      </w:r>
      <w:r>
        <w:br/>
        <w:t>- Participen con su equ</w:t>
      </w:r>
      <w:r w:rsidR="00DE1A62">
        <w:t xml:space="preserve">ipo principal </w:t>
      </w:r>
      <w:proofErr w:type="spellStart"/>
      <w:r w:rsidR="00DE1A62">
        <w:t>en</w:t>
      </w:r>
      <w:proofErr w:type="spellEnd"/>
      <w:r w:rsidR="00DE1A62">
        <w:t xml:space="preserve"> 1.ª, 2.ª, 3.ª o </w:t>
      </w:r>
      <w:r>
        <w:t xml:space="preserve">4.ª </w:t>
      </w:r>
      <w:proofErr w:type="spellStart"/>
      <w:r>
        <w:t>categoría</w:t>
      </w:r>
      <w:proofErr w:type="spellEnd"/>
      <w:r>
        <w:t xml:space="preserve"> </w:t>
      </w:r>
      <w:proofErr w:type="spellStart"/>
      <w:r>
        <w:t>nacional</w:t>
      </w:r>
      <w:proofErr w:type="spellEnd"/>
      <w:r>
        <w:t xml:space="preserve"> (</w:t>
      </w:r>
      <w:r w:rsidR="00975323">
        <w:t xml:space="preserve">o </w:t>
      </w:r>
      <w:proofErr w:type="spellStart"/>
      <w:r w:rsidR="00975323">
        <w:t>asimilada</w:t>
      </w:r>
      <w:proofErr w:type="spellEnd"/>
      <w:r w:rsidR="001300B5">
        <w:t>).</w:t>
      </w:r>
    </w:p>
    <w:p w:rsidR="00DE1A62" w:rsidRDefault="00071FCF" w:rsidP="000D1597">
      <w:pPr>
        <w:spacing w:line="360" w:lineRule="auto"/>
        <w:ind w:left="-142" w:right="-1141"/>
      </w:pPr>
      <w:r>
        <w:t xml:space="preserve">- </w:t>
      </w:r>
      <w:proofErr w:type="spellStart"/>
      <w:r>
        <w:t>Participen</w:t>
      </w:r>
      <w:proofErr w:type="spellEnd"/>
      <w:r>
        <w:t xml:space="preserve"> con</w:t>
      </w:r>
      <w:r w:rsidR="007819FC">
        <w:t xml:space="preserve"> </w:t>
      </w:r>
      <w:proofErr w:type="spellStart"/>
      <w:r w:rsidR="007819FC">
        <w:t>su</w:t>
      </w:r>
      <w:proofErr w:type="spellEnd"/>
      <w:r w:rsidR="007819FC">
        <w:t xml:space="preserve"> </w:t>
      </w:r>
      <w:proofErr w:type="spellStart"/>
      <w:r w:rsidR="007819FC">
        <w:t>equipo</w:t>
      </w:r>
      <w:proofErr w:type="spellEnd"/>
      <w:r w:rsidR="007819FC">
        <w:t xml:space="preserve"> principal </w:t>
      </w:r>
      <w:proofErr w:type="spellStart"/>
      <w:r w:rsidR="007819FC">
        <w:t>en</w:t>
      </w:r>
      <w:proofErr w:type="spellEnd"/>
      <w:r w:rsidR="007819FC">
        <w:t xml:space="preserve"> </w:t>
      </w:r>
      <w:r w:rsidR="00DE1A62">
        <w:t xml:space="preserve">1ª, 2ª, 3ª, 4ª o 5ª </w:t>
      </w:r>
      <w:proofErr w:type="spellStart"/>
      <w:r w:rsidR="007819FC">
        <w:t>categoría</w:t>
      </w:r>
      <w:proofErr w:type="spellEnd"/>
      <w:r w:rsidR="007819FC">
        <w:t xml:space="preserve"> </w:t>
      </w:r>
      <w:proofErr w:type="spellStart"/>
      <w:r w:rsidR="007819FC">
        <w:t>nacional</w:t>
      </w:r>
      <w:proofErr w:type="spellEnd"/>
      <w:r w:rsidR="007819FC">
        <w:t xml:space="preserve"> de </w:t>
      </w:r>
      <w:proofErr w:type="spellStart"/>
      <w:r w:rsidR="007819FC">
        <w:t>futbol</w:t>
      </w:r>
      <w:proofErr w:type="spellEnd"/>
      <w:r w:rsidR="007819FC">
        <w:t xml:space="preserve"> 11  </w:t>
      </w:r>
      <w:r w:rsidR="00DE1A62">
        <w:t xml:space="preserve">de </w:t>
      </w:r>
      <w:proofErr w:type="spellStart"/>
      <w:r w:rsidR="00DE1A62">
        <w:t>acuerdo</w:t>
      </w:r>
      <w:proofErr w:type="spellEnd"/>
      <w:r w:rsidR="00DE1A62">
        <w:t xml:space="preserve"> con el Sistema pyramidal de </w:t>
      </w:r>
      <w:proofErr w:type="spellStart"/>
      <w:r w:rsidR="00DE1A62">
        <w:t>competición</w:t>
      </w:r>
      <w:proofErr w:type="spellEnd"/>
      <w:r w:rsidR="00DE1A62">
        <w:t xml:space="preserve"> del </w:t>
      </w:r>
      <w:proofErr w:type="spellStart"/>
      <w:r w:rsidR="00DE1A62">
        <w:t>fútbol</w:t>
      </w:r>
      <w:proofErr w:type="spellEnd"/>
      <w:r w:rsidR="00DE1A62">
        <w:t xml:space="preserve"> masculine y </w:t>
      </w:r>
      <w:proofErr w:type="spellStart"/>
      <w:r w:rsidR="00DE1A62">
        <w:t>femenino</w:t>
      </w:r>
      <w:proofErr w:type="spellEnd"/>
      <w:r w:rsidR="00DE1A62">
        <w:t xml:space="preserve"> </w:t>
      </w:r>
      <w:proofErr w:type="spellStart"/>
      <w:r w:rsidR="00DE1A62">
        <w:t>conforme</w:t>
      </w:r>
      <w:proofErr w:type="spellEnd"/>
      <w:r w:rsidR="00DE1A62">
        <w:t xml:space="preserve"> a la </w:t>
      </w:r>
      <w:proofErr w:type="spellStart"/>
      <w:r w:rsidR="00DE1A62">
        <w:t>estructura</w:t>
      </w:r>
      <w:proofErr w:type="spellEnd"/>
      <w:r w:rsidR="00DE1A62">
        <w:t xml:space="preserve"> official de la RFEF y de la RFAF.</w:t>
      </w:r>
    </w:p>
    <w:p w:rsidR="00BC7FC2" w:rsidRDefault="001300B5" w:rsidP="000D1597">
      <w:pPr>
        <w:spacing w:line="360" w:lineRule="auto"/>
        <w:ind w:left="-142" w:right="-1141"/>
      </w:pPr>
      <w:r>
        <w:t xml:space="preserve">- </w:t>
      </w:r>
      <w:proofErr w:type="spellStart"/>
      <w:r>
        <w:t>Cumplan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</w:t>
      </w:r>
      <w:proofErr w:type="spellStart"/>
      <w:r>
        <w:t>requisitos</w:t>
      </w:r>
      <w:proofErr w:type="spellEnd"/>
      <w:r>
        <w:t xml:space="preserve"> </w:t>
      </w:r>
      <w:proofErr w:type="spellStart"/>
      <w:r>
        <w:t>establecidos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r w:rsidR="00BC7FC2">
        <w:t xml:space="preserve">las bases </w:t>
      </w:r>
      <w:proofErr w:type="spellStart"/>
      <w:r w:rsidR="00BC7FC2">
        <w:t>reguladoras</w:t>
      </w:r>
      <w:proofErr w:type="spellEnd"/>
      <w:r w:rsidR="00BC7FC2">
        <w:t xml:space="preserve">. </w:t>
      </w:r>
    </w:p>
    <w:p w:rsidR="00B53156" w:rsidRPr="00217B12" w:rsidRDefault="00D40283" w:rsidP="000D1597">
      <w:pPr>
        <w:spacing w:line="360" w:lineRule="auto"/>
        <w:ind w:left="-142" w:right="-1141"/>
        <w:rPr>
          <w:rFonts w:asciiTheme="majorHAnsi" w:eastAsiaTheme="majorEastAsia" w:hAnsiTheme="majorHAnsi" w:cstheme="majorBidi"/>
          <w:b/>
          <w:bCs/>
          <w:sz w:val="26"/>
          <w:szCs w:val="26"/>
        </w:rPr>
      </w:pPr>
      <w:r w:rsidRPr="00217B12">
        <w:rPr>
          <w:rFonts w:asciiTheme="majorHAnsi" w:eastAsiaTheme="majorEastAsia" w:hAnsiTheme="majorHAnsi" w:cstheme="majorBidi"/>
          <w:b/>
          <w:bCs/>
          <w:sz w:val="26"/>
          <w:szCs w:val="26"/>
        </w:rPr>
        <w:t xml:space="preserve">      2. </w:t>
      </w:r>
      <w:r w:rsidR="00DC59C8" w:rsidRPr="00217B12">
        <w:rPr>
          <w:rFonts w:asciiTheme="majorHAnsi" w:eastAsiaTheme="majorEastAsia" w:hAnsiTheme="majorHAnsi" w:cstheme="majorBidi"/>
          <w:b/>
          <w:bCs/>
          <w:sz w:val="26"/>
          <w:szCs w:val="26"/>
        </w:rPr>
        <w:t xml:space="preserve"> DOCUMENTACIÓN OBLIGATORIA A PRESENTAR</w:t>
      </w:r>
    </w:p>
    <w:p w:rsidR="00B53156" w:rsidRPr="00217B12" w:rsidRDefault="00DC59C8" w:rsidP="000D1597">
      <w:pPr>
        <w:spacing w:line="360" w:lineRule="auto"/>
        <w:ind w:left="-142" w:right="-1141"/>
        <w:rPr>
          <w:rFonts w:asciiTheme="majorHAnsi" w:eastAsiaTheme="majorEastAsia" w:hAnsiTheme="majorHAnsi" w:cstheme="majorBidi"/>
          <w:b/>
          <w:bCs/>
          <w:sz w:val="26"/>
          <w:szCs w:val="26"/>
        </w:rPr>
      </w:pPr>
      <w:r>
        <w:t xml:space="preserve">1. </w:t>
      </w:r>
      <w:proofErr w:type="spellStart"/>
      <w:r>
        <w:t>Anexo</w:t>
      </w:r>
      <w:proofErr w:type="spellEnd"/>
      <w:r>
        <w:t xml:space="preserve"> I - </w:t>
      </w:r>
      <w:proofErr w:type="spellStart"/>
      <w:r>
        <w:t>Solicitud</w:t>
      </w:r>
      <w:proofErr w:type="spellEnd"/>
      <w:r>
        <w:t xml:space="preserve"> y Auto-</w:t>
      </w:r>
      <w:proofErr w:type="spellStart"/>
      <w:r>
        <w:t>baremo</w:t>
      </w:r>
      <w:proofErr w:type="spellEnd"/>
      <w:r>
        <w:t xml:space="preserve">: </w:t>
      </w:r>
      <w:proofErr w:type="spellStart"/>
      <w:r>
        <w:t>Modelo</w:t>
      </w:r>
      <w:proofErr w:type="spellEnd"/>
      <w:r>
        <w:t xml:space="preserve"> </w:t>
      </w:r>
      <w:proofErr w:type="spellStart"/>
      <w:r>
        <w:t>oficial</w:t>
      </w:r>
      <w:proofErr w:type="spellEnd"/>
      <w:r>
        <w:t xml:space="preserve"> </w:t>
      </w:r>
      <w:r w:rsidR="00975323">
        <w:t>(</w:t>
      </w:r>
      <w:proofErr w:type="spellStart"/>
      <w:r w:rsidR="00975323">
        <w:t>cumplimentado</w:t>
      </w:r>
      <w:proofErr w:type="spellEnd"/>
      <w:r w:rsidR="00975323">
        <w:t xml:space="preserve"> </w:t>
      </w:r>
      <w:proofErr w:type="spellStart"/>
      <w:r w:rsidR="00975323">
        <w:t>correctamente</w:t>
      </w:r>
      <w:proofErr w:type="spellEnd"/>
      <w:r w:rsidR="00975323">
        <w:t>).</w:t>
      </w:r>
      <w:r>
        <w:br/>
        <w:t xml:space="preserve">2. </w:t>
      </w:r>
      <w:proofErr w:type="spellStart"/>
      <w:r w:rsidR="00D27C05">
        <w:t>Anexo</w:t>
      </w:r>
      <w:proofErr w:type="spellEnd"/>
      <w:r w:rsidR="00D27C05">
        <w:t xml:space="preserve"> II - </w:t>
      </w:r>
      <w:proofErr w:type="spellStart"/>
      <w:r>
        <w:t>Certifica</w:t>
      </w:r>
      <w:r w:rsidR="00D27C05">
        <w:t>do</w:t>
      </w:r>
      <w:proofErr w:type="spellEnd"/>
      <w:r w:rsidR="00D27C05">
        <w:t xml:space="preserve"> </w:t>
      </w:r>
      <w:proofErr w:type="spellStart"/>
      <w:r w:rsidR="00D27C05">
        <w:t>Federativo</w:t>
      </w:r>
      <w:proofErr w:type="spellEnd"/>
      <w:r w:rsidR="00D27C05">
        <w:t xml:space="preserve"> </w:t>
      </w:r>
      <w:proofErr w:type="spellStart"/>
      <w:r w:rsidR="00D27C05">
        <w:t>Oficial</w:t>
      </w:r>
      <w:proofErr w:type="spellEnd"/>
      <w:r>
        <w:t xml:space="preserve">: </w:t>
      </w:r>
      <w:proofErr w:type="spellStart"/>
      <w:r w:rsidR="00975323">
        <w:t>Detalle</w:t>
      </w:r>
      <w:proofErr w:type="spellEnd"/>
      <w:r w:rsidR="00975323">
        <w:t xml:space="preserve"> de </w:t>
      </w:r>
      <w:proofErr w:type="spellStart"/>
      <w:r>
        <w:t>Categorías</w:t>
      </w:r>
      <w:proofErr w:type="spellEnd"/>
      <w:r>
        <w:t xml:space="preserve">, </w:t>
      </w:r>
      <w:proofErr w:type="spellStart"/>
      <w:r>
        <w:t>equipos</w:t>
      </w:r>
      <w:proofErr w:type="spellEnd"/>
      <w:r>
        <w:t xml:space="preserve"> </w:t>
      </w:r>
      <w:proofErr w:type="spellStart"/>
      <w:r>
        <w:t>inscritos</w:t>
      </w:r>
      <w:proofErr w:type="spellEnd"/>
      <w:r>
        <w:t xml:space="preserve">, </w:t>
      </w:r>
      <w:proofErr w:type="spellStart"/>
      <w:r>
        <w:t>sanciones</w:t>
      </w:r>
      <w:proofErr w:type="spellEnd"/>
      <w:r>
        <w:t xml:space="preserve">, </w:t>
      </w:r>
      <w:proofErr w:type="spellStart"/>
      <w:r w:rsidR="00975323">
        <w:t>logros</w:t>
      </w:r>
      <w:proofErr w:type="spellEnd"/>
      <w:r>
        <w:t>, etc</w:t>
      </w:r>
      <w:proofErr w:type="gramStart"/>
      <w:r>
        <w:t>.</w:t>
      </w:r>
      <w:proofErr w:type="gramEnd"/>
      <w:r>
        <w:br/>
        <w:t xml:space="preserve">3. </w:t>
      </w:r>
      <w:proofErr w:type="spellStart"/>
      <w:r w:rsidR="00D27C05">
        <w:t>Anexo</w:t>
      </w:r>
      <w:proofErr w:type="spellEnd"/>
      <w:r w:rsidR="00D27C05">
        <w:t xml:space="preserve"> III - Proyecto </w:t>
      </w:r>
      <w:proofErr w:type="spellStart"/>
      <w:r w:rsidR="00D27C05">
        <w:t>Deportivo</w:t>
      </w:r>
      <w:proofErr w:type="spellEnd"/>
      <w:r>
        <w:t xml:space="preserve">: </w:t>
      </w:r>
      <w:proofErr w:type="spellStart"/>
      <w:r>
        <w:t>Objetivos</w:t>
      </w:r>
      <w:proofErr w:type="spellEnd"/>
      <w:r>
        <w:t xml:space="preserve"> y </w:t>
      </w:r>
      <w:proofErr w:type="spellStart"/>
      <w:r>
        <w:t>memoria</w:t>
      </w:r>
      <w:proofErr w:type="spellEnd"/>
      <w:r>
        <w:t>.</w:t>
      </w:r>
      <w:r>
        <w:br/>
        <w:t xml:space="preserve">4. </w:t>
      </w:r>
      <w:proofErr w:type="spellStart"/>
      <w:r>
        <w:t>Presupuesto</w:t>
      </w:r>
      <w:proofErr w:type="spellEnd"/>
      <w:r>
        <w:t xml:space="preserve"> </w:t>
      </w:r>
      <w:proofErr w:type="spellStart"/>
      <w:r>
        <w:t>actualizado</w:t>
      </w:r>
      <w:proofErr w:type="spellEnd"/>
      <w:r w:rsidR="00975323">
        <w:t xml:space="preserve">, </w:t>
      </w:r>
      <w:proofErr w:type="spellStart"/>
      <w:r w:rsidR="00975323">
        <w:t>detallado</w:t>
      </w:r>
      <w:proofErr w:type="spellEnd"/>
      <w:r w:rsidR="00975323">
        <w:t xml:space="preserve"> y </w:t>
      </w:r>
      <w:proofErr w:type="spellStart"/>
      <w:r w:rsidR="00975323">
        <w:t>equilibrado</w:t>
      </w:r>
      <w:proofErr w:type="spellEnd"/>
      <w:r w:rsidR="00975323">
        <w:t xml:space="preserve"> </w:t>
      </w:r>
      <w:proofErr w:type="gramStart"/>
      <w:r w:rsidR="00975323">
        <w:t>del</w:t>
      </w:r>
      <w:proofErr w:type="gramEnd"/>
      <w:r w:rsidR="00975323">
        <w:t xml:space="preserve"> </w:t>
      </w:r>
      <w:proofErr w:type="spellStart"/>
      <w:r w:rsidR="00975323">
        <w:t>equipo</w:t>
      </w:r>
      <w:proofErr w:type="spellEnd"/>
      <w:r w:rsidR="00975323">
        <w:t xml:space="preserve"> </w:t>
      </w:r>
      <w:proofErr w:type="spellStart"/>
      <w:r w:rsidR="00975323">
        <w:t>máximo</w:t>
      </w:r>
      <w:proofErr w:type="spellEnd"/>
      <w:r w:rsidR="00975323">
        <w:t xml:space="preserve"> </w:t>
      </w:r>
      <w:proofErr w:type="spellStart"/>
      <w:r w:rsidR="00975323">
        <w:t>representante</w:t>
      </w:r>
      <w:proofErr w:type="spellEnd"/>
      <w:r w:rsidR="00975323">
        <w:t>.</w:t>
      </w:r>
      <w:r>
        <w:br/>
        <w:t xml:space="preserve">5. </w:t>
      </w:r>
      <w:proofErr w:type="spellStart"/>
      <w:r>
        <w:t>Calendario</w:t>
      </w:r>
      <w:proofErr w:type="spellEnd"/>
      <w:r>
        <w:t xml:space="preserve"> </w:t>
      </w:r>
      <w:proofErr w:type="spellStart"/>
      <w:r>
        <w:t>oficial</w:t>
      </w:r>
      <w:proofErr w:type="spellEnd"/>
      <w:r>
        <w:t xml:space="preserve"> </w:t>
      </w:r>
      <w:proofErr w:type="spellStart"/>
      <w:r>
        <w:t>federativo</w:t>
      </w:r>
      <w:proofErr w:type="spellEnd"/>
      <w:r>
        <w:t xml:space="preserve"> con </w:t>
      </w:r>
      <w:proofErr w:type="spellStart"/>
      <w:r w:rsidR="00975323">
        <w:t>detalle</w:t>
      </w:r>
      <w:proofErr w:type="spellEnd"/>
      <w:r w:rsidR="00975323">
        <w:t xml:space="preserve"> de </w:t>
      </w:r>
      <w:proofErr w:type="spellStart"/>
      <w:r>
        <w:t>fechas</w:t>
      </w:r>
      <w:proofErr w:type="spellEnd"/>
      <w:r>
        <w:t xml:space="preserve">, </w:t>
      </w:r>
      <w:proofErr w:type="spellStart"/>
      <w:r>
        <w:t>rivales</w:t>
      </w:r>
      <w:proofErr w:type="spellEnd"/>
      <w:r>
        <w:t xml:space="preserve"> y </w:t>
      </w:r>
      <w:proofErr w:type="spellStart"/>
      <w:r>
        <w:t>desplazamientos</w:t>
      </w:r>
      <w:proofErr w:type="spellEnd"/>
      <w:r>
        <w:t>.</w:t>
      </w:r>
      <w:r>
        <w:br/>
      </w:r>
      <w:r w:rsidR="00D40283" w:rsidRPr="00217B12">
        <w:rPr>
          <w:rFonts w:asciiTheme="majorHAnsi" w:eastAsiaTheme="majorEastAsia" w:hAnsiTheme="majorHAnsi" w:cstheme="majorBidi"/>
          <w:b/>
          <w:bCs/>
          <w:sz w:val="26"/>
          <w:szCs w:val="26"/>
        </w:rPr>
        <w:t xml:space="preserve">     3.  </w:t>
      </w:r>
      <w:r w:rsidRPr="00217B12">
        <w:rPr>
          <w:rFonts w:asciiTheme="majorHAnsi" w:eastAsiaTheme="majorEastAsia" w:hAnsiTheme="majorHAnsi" w:cstheme="majorBidi"/>
          <w:b/>
          <w:bCs/>
          <w:sz w:val="26"/>
          <w:szCs w:val="26"/>
        </w:rPr>
        <w:t>¿DÓNDE Y CÓMO PRESENTAR LA SOLICITUD?</w:t>
      </w:r>
    </w:p>
    <w:p w:rsidR="004367C5" w:rsidRDefault="00DC59C8" w:rsidP="00D27C05">
      <w:pPr>
        <w:spacing w:line="360" w:lineRule="auto"/>
        <w:ind w:left="-142" w:right="-1141"/>
        <w:rPr>
          <w:b/>
          <w:color w:val="FF0000"/>
        </w:rPr>
      </w:pPr>
      <w:r>
        <w:t xml:space="preserve">- A </w:t>
      </w:r>
      <w:proofErr w:type="spellStart"/>
      <w:r>
        <w:t>través</w:t>
      </w:r>
      <w:proofErr w:type="spellEnd"/>
      <w:r>
        <w:t xml:space="preserve"> </w:t>
      </w:r>
      <w:proofErr w:type="gramStart"/>
      <w:r>
        <w:t>del</w:t>
      </w:r>
      <w:proofErr w:type="gramEnd"/>
      <w:r>
        <w:t xml:space="preserve"> </w:t>
      </w:r>
      <w:proofErr w:type="spellStart"/>
      <w:r>
        <w:t>Registro</w:t>
      </w:r>
      <w:proofErr w:type="spellEnd"/>
      <w:r>
        <w:t xml:space="preserve"> General</w:t>
      </w:r>
      <w:r w:rsidR="00975323">
        <w:t xml:space="preserve">, </w:t>
      </w:r>
      <w:proofErr w:type="spellStart"/>
      <w:r w:rsidR="00975323">
        <w:t>Registro</w:t>
      </w:r>
      <w:proofErr w:type="spellEnd"/>
      <w:r w:rsidR="00975323">
        <w:t xml:space="preserve"> de la </w:t>
      </w:r>
      <w:proofErr w:type="spellStart"/>
      <w:r w:rsidR="00975323">
        <w:t>Delegación</w:t>
      </w:r>
      <w:proofErr w:type="spellEnd"/>
      <w:r w:rsidR="00975323">
        <w:t xml:space="preserve"> de </w:t>
      </w:r>
      <w:proofErr w:type="spellStart"/>
      <w:r w:rsidR="00975323">
        <w:t>Deportes</w:t>
      </w:r>
      <w:proofErr w:type="spellEnd"/>
      <w:r>
        <w:t xml:space="preserve"> o </w:t>
      </w:r>
      <w:proofErr w:type="spellStart"/>
      <w:r>
        <w:t>Registros</w:t>
      </w:r>
      <w:proofErr w:type="spellEnd"/>
      <w:r>
        <w:t xml:space="preserve"> </w:t>
      </w:r>
      <w:proofErr w:type="spellStart"/>
      <w:r w:rsidR="00D27C05">
        <w:t>Auxiliares</w:t>
      </w:r>
      <w:proofErr w:type="spellEnd"/>
      <w:r w:rsidR="00D27C05">
        <w:t xml:space="preserve"> del </w:t>
      </w:r>
      <w:proofErr w:type="spellStart"/>
      <w:r w:rsidR="00D27C05">
        <w:t>Ayuntamiento</w:t>
      </w:r>
      <w:proofErr w:type="spellEnd"/>
      <w:r w:rsidR="00D27C05">
        <w:t xml:space="preserve"> de Dos Hermanas.</w:t>
      </w:r>
      <w:r>
        <w:br/>
        <w:t xml:space="preserve">- </w:t>
      </w:r>
      <w:r w:rsidR="00D27C05">
        <w:t xml:space="preserve">A </w:t>
      </w:r>
      <w:proofErr w:type="spellStart"/>
      <w:r w:rsidR="00975323">
        <w:t>través</w:t>
      </w:r>
      <w:proofErr w:type="spellEnd"/>
      <w:r w:rsidR="00975323">
        <w:t xml:space="preserve"> de </w:t>
      </w:r>
      <w:proofErr w:type="spellStart"/>
      <w:r w:rsidR="00975323">
        <w:t>Registro</w:t>
      </w:r>
      <w:proofErr w:type="spellEnd"/>
      <w:r w:rsidR="00975323">
        <w:t xml:space="preserve"> </w:t>
      </w:r>
      <w:proofErr w:type="spellStart"/>
      <w:r w:rsidR="00975323">
        <w:t>Electrónico</w:t>
      </w:r>
      <w:proofErr w:type="spellEnd"/>
      <w:r w:rsidR="00975323">
        <w:t xml:space="preserve"> y </w:t>
      </w:r>
      <w:proofErr w:type="spellStart"/>
      <w:r>
        <w:t>por</w:t>
      </w:r>
      <w:proofErr w:type="spellEnd"/>
      <w:r>
        <w:t xml:space="preserve"> </w:t>
      </w:r>
      <w:proofErr w:type="spellStart"/>
      <w:r>
        <w:t>medios</w:t>
      </w:r>
      <w:proofErr w:type="spellEnd"/>
      <w:r>
        <w:t xml:space="preserve"> </w:t>
      </w:r>
      <w:proofErr w:type="spellStart"/>
      <w:r>
        <w:t>previstos</w:t>
      </w:r>
      <w:proofErr w:type="spellEnd"/>
      <w:r>
        <w:t xml:space="preserve"> </w:t>
      </w:r>
      <w:proofErr w:type="spellStart"/>
      <w:r>
        <w:t>en</w:t>
      </w:r>
      <w:proofErr w:type="spellEnd"/>
      <w:r w:rsidR="00975323">
        <w:t xml:space="preserve"> el art. 16.4 de la Ley 39/2015</w:t>
      </w:r>
      <w:r w:rsidR="00D27C05">
        <w:br/>
      </w:r>
      <w:r w:rsidR="00D27C05">
        <w:rPr>
          <w:b/>
        </w:rPr>
        <w:t xml:space="preserve">                          </w:t>
      </w:r>
      <w:r w:rsidRPr="00640ADE">
        <w:rPr>
          <w:b/>
          <w:color w:val="FF0000"/>
        </w:rPr>
        <w:t>¡</w:t>
      </w:r>
      <w:proofErr w:type="spellStart"/>
      <w:r w:rsidRPr="00640ADE">
        <w:rPr>
          <w:b/>
          <w:color w:val="FF0000"/>
        </w:rPr>
        <w:t>Obligatoriamente</w:t>
      </w:r>
      <w:proofErr w:type="spellEnd"/>
      <w:r w:rsidRPr="00640ADE">
        <w:rPr>
          <w:b/>
          <w:color w:val="FF0000"/>
        </w:rPr>
        <w:t xml:space="preserve"> </w:t>
      </w:r>
      <w:proofErr w:type="spellStart"/>
      <w:r w:rsidRPr="00640ADE">
        <w:rPr>
          <w:b/>
          <w:color w:val="FF0000"/>
        </w:rPr>
        <w:t>dentro</w:t>
      </w:r>
      <w:proofErr w:type="spellEnd"/>
      <w:r w:rsidRPr="00640ADE">
        <w:rPr>
          <w:b/>
          <w:color w:val="FF0000"/>
        </w:rPr>
        <w:t xml:space="preserve"> </w:t>
      </w:r>
      <w:proofErr w:type="gramStart"/>
      <w:r w:rsidRPr="00640ADE">
        <w:rPr>
          <w:b/>
          <w:color w:val="FF0000"/>
        </w:rPr>
        <w:t>del</w:t>
      </w:r>
      <w:proofErr w:type="gramEnd"/>
      <w:r w:rsidRPr="00640ADE">
        <w:rPr>
          <w:b/>
          <w:color w:val="FF0000"/>
        </w:rPr>
        <w:t xml:space="preserve"> </w:t>
      </w:r>
      <w:proofErr w:type="spellStart"/>
      <w:r w:rsidRPr="00640ADE">
        <w:rPr>
          <w:b/>
          <w:color w:val="FF0000"/>
        </w:rPr>
        <w:t>plazo</w:t>
      </w:r>
      <w:proofErr w:type="spellEnd"/>
      <w:r w:rsidRPr="00640ADE">
        <w:rPr>
          <w:b/>
          <w:color w:val="FF0000"/>
        </w:rPr>
        <w:t xml:space="preserve"> </w:t>
      </w:r>
      <w:proofErr w:type="spellStart"/>
      <w:r w:rsidRPr="00640ADE">
        <w:rPr>
          <w:b/>
          <w:color w:val="FF0000"/>
        </w:rPr>
        <w:t>oficial</w:t>
      </w:r>
      <w:proofErr w:type="spellEnd"/>
      <w:r w:rsidRPr="00640ADE">
        <w:rPr>
          <w:b/>
          <w:color w:val="FF0000"/>
        </w:rPr>
        <w:t xml:space="preserve"> de 20 </w:t>
      </w:r>
      <w:proofErr w:type="spellStart"/>
      <w:r w:rsidRPr="00640ADE">
        <w:rPr>
          <w:b/>
          <w:color w:val="FF0000"/>
        </w:rPr>
        <w:t>días</w:t>
      </w:r>
      <w:proofErr w:type="spellEnd"/>
      <w:r w:rsidRPr="00640ADE">
        <w:rPr>
          <w:b/>
          <w:color w:val="FF0000"/>
        </w:rPr>
        <w:t xml:space="preserve"> </w:t>
      </w:r>
      <w:proofErr w:type="spellStart"/>
      <w:r w:rsidRPr="00640ADE">
        <w:rPr>
          <w:b/>
          <w:color w:val="FF0000"/>
        </w:rPr>
        <w:t>hábiles</w:t>
      </w:r>
      <w:proofErr w:type="spellEnd"/>
      <w:r w:rsidRPr="00640ADE">
        <w:rPr>
          <w:b/>
          <w:color w:val="FF0000"/>
        </w:rPr>
        <w:t>!</w:t>
      </w:r>
      <w:r w:rsidR="004367C5">
        <w:rPr>
          <w:b/>
          <w:color w:val="FF0000"/>
        </w:rPr>
        <w:t xml:space="preserve"> </w:t>
      </w:r>
    </w:p>
    <w:p w:rsidR="00B53156" w:rsidRPr="00217B12" w:rsidRDefault="00D40283" w:rsidP="004367C5">
      <w:pPr>
        <w:spacing w:line="360" w:lineRule="auto"/>
        <w:ind w:left="-142" w:right="-1141"/>
        <w:jc w:val="center"/>
        <w:rPr>
          <w:rFonts w:asciiTheme="majorHAnsi" w:eastAsiaTheme="majorEastAsia" w:hAnsiTheme="majorHAnsi" w:cstheme="majorBidi"/>
          <w:b/>
          <w:bCs/>
          <w:sz w:val="26"/>
          <w:szCs w:val="26"/>
        </w:rPr>
      </w:pPr>
      <w:r w:rsidRPr="00746674">
        <w:rPr>
          <w:rFonts w:asciiTheme="majorHAnsi" w:eastAsiaTheme="majorEastAsia" w:hAnsiTheme="majorHAnsi" w:cstheme="majorBidi"/>
          <w:b/>
          <w:bCs/>
          <w:sz w:val="26"/>
          <w:szCs w:val="26"/>
        </w:rPr>
        <w:t xml:space="preserve">    4.  </w:t>
      </w:r>
      <w:r w:rsidR="00DC59C8" w:rsidRPr="00217B12">
        <w:rPr>
          <w:rFonts w:asciiTheme="majorHAnsi" w:eastAsiaTheme="majorEastAsia" w:hAnsiTheme="majorHAnsi" w:cstheme="majorBidi"/>
          <w:b/>
          <w:bCs/>
          <w:sz w:val="26"/>
          <w:szCs w:val="26"/>
        </w:rPr>
        <w:t>MOTIVOS DE EXCLUSIÓN</w:t>
      </w:r>
    </w:p>
    <w:p w:rsidR="00B53156" w:rsidRDefault="00DC59C8" w:rsidP="000D1597">
      <w:pPr>
        <w:spacing w:line="360" w:lineRule="auto"/>
        <w:ind w:left="-142" w:right="-1141"/>
      </w:pPr>
      <w:r>
        <w:t xml:space="preserve">- </w:t>
      </w:r>
      <w:proofErr w:type="spellStart"/>
      <w:r>
        <w:t>Presentar</w:t>
      </w:r>
      <w:proofErr w:type="spellEnd"/>
      <w:r w:rsidR="001300B5">
        <w:t xml:space="preserve"> la </w:t>
      </w:r>
      <w:proofErr w:type="spellStart"/>
      <w:r w:rsidR="001300B5">
        <w:t>solicitud</w:t>
      </w:r>
      <w:proofErr w:type="spellEnd"/>
      <w:r>
        <w:t xml:space="preserve"> </w:t>
      </w:r>
      <w:proofErr w:type="spellStart"/>
      <w:r>
        <w:t>fuera</w:t>
      </w:r>
      <w:proofErr w:type="spellEnd"/>
      <w:r>
        <w:t xml:space="preserve"> de </w:t>
      </w:r>
      <w:proofErr w:type="spellStart"/>
      <w:r>
        <w:t>plazo</w:t>
      </w:r>
      <w:proofErr w:type="spellEnd"/>
      <w:r>
        <w:t xml:space="preserve"> </w:t>
      </w:r>
      <w:r w:rsidR="00975323">
        <w:t xml:space="preserve">o </w:t>
      </w:r>
      <w:proofErr w:type="spellStart"/>
      <w:r w:rsidR="00975323">
        <w:t>por</w:t>
      </w:r>
      <w:proofErr w:type="spellEnd"/>
      <w:r w:rsidR="00975323">
        <w:t xml:space="preserve"> </w:t>
      </w:r>
      <w:proofErr w:type="spellStart"/>
      <w:r w:rsidR="00975323">
        <w:t>vía</w:t>
      </w:r>
      <w:proofErr w:type="spellEnd"/>
      <w:r w:rsidR="00975323">
        <w:t xml:space="preserve"> no admitida.</w:t>
      </w:r>
      <w:r w:rsidR="00975323">
        <w:br/>
        <w:t xml:space="preserve">- </w:t>
      </w:r>
      <w:proofErr w:type="spellStart"/>
      <w:r w:rsidR="00975323">
        <w:t>Ser</w:t>
      </w:r>
      <w:proofErr w:type="spellEnd"/>
      <w:r w:rsidR="00975323">
        <w:t xml:space="preserve"> </w:t>
      </w:r>
      <w:proofErr w:type="spellStart"/>
      <w:r w:rsidR="00975323">
        <w:t>Sociedad</w:t>
      </w:r>
      <w:proofErr w:type="spellEnd"/>
      <w:r w:rsidR="00975323">
        <w:t xml:space="preserve"> </w:t>
      </w:r>
      <w:proofErr w:type="spellStart"/>
      <w:r w:rsidR="00975323">
        <w:t>Anónima</w:t>
      </w:r>
      <w:proofErr w:type="spellEnd"/>
      <w:r w:rsidR="00975323">
        <w:t xml:space="preserve"> </w:t>
      </w:r>
      <w:proofErr w:type="spellStart"/>
      <w:r w:rsidR="00975323">
        <w:t>Deportiva</w:t>
      </w:r>
      <w:proofErr w:type="spellEnd"/>
      <w:r>
        <w:t xml:space="preserve">, no </w:t>
      </w:r>
      <w:proofErr w:type="spellStart"/>
      <w:r>
        <w:t>estar</w:t>
      </w:r>
      <w:proofErr w:type="spellEnd"/>
      <w:r>
        <w:t xml:space="preserve"> al </w:t>
      </w:r>
      <w:proofErr w:type="spellStart"/>
      <w:r>
        <w:t>corriente</w:t>
      </w:r>
      <w:proofErr w:type="spellEnd"/>
      <w:r>
        <w:t xml:space="preserve"> de </w:t>
      </w:r>
      <w:proofErr w:type="spellStart"/>
      <w:r>
        <w:t>obligaciones</w:t>
      </w:r>
      <w:proofErr w:type="spellEnd"/>
      <w:r>
        <w:t xml:space="preserve"> o </w:t>
      </w:r>
      <w:proofErr w:type="spellStart"/>
      <w:r>
        <w:t>haber</w:t>
      </w:r>
      <w:proofErr w:type="spellEnd"/>
      <w:r>
        <w:t xml:space="preserve"> </w:t>
      </w:r>
      <w:proofErr w:type="spellStart"/>
      <w:proofErr w:type="gramStart"/>
      <w:r w:rsidR="00975323">
        <w:t>adquirido</w:t>
      </w:r>
      <w:proofErr w:type="spellEnd"/>
      <w:r w:rsidR="00975323">
        <w:t xml:space="preserve">  plaza</w:t>
      </w:r>
      <w:proofErr w:type="gramEnd"/>
      <w:r w:rsidR="00975323">
        <w:t xml:space="preserve"> </w:t>
      </w:r>
      <w:proofErr w:type="spellStart"/>
      <w:r w:rsidR="00975323">
        <w:t>en</w:t>
      </w:r>
      <w:proofErr w:type="spellEnd"/>
      <w:r w:rsidR="00975323">
        <w:t xml:space="preserve"> </w:t>
      </w:r>
      <w:proofErr w:type="spellStart"/>
      <w:r w:rsidR="00975323">
        <w:t>categoría</w:t>
      </w:r>
      <w:proofErr w:type="spellEnd"/>
      <w:r w:rsidR="00975323">
        <w:t xml:space="preserve"> superior, </w:t>
      </w:r>
      <w:proofErr w:type="spellStart"/>
      <w:r w:rsidR="001300B5">
        <w:t>según</w:t>
      </w:r>
      <w:proofErr w:type="spellEnd"/>
      <w:r w:rsidR="00975323">
        <w:t xml:space="preserve"> lo </w:t>
      </w:r>
      <w:proofErr w:type="spellStart"/>
      <w:r w:rsidR="00975323">
        <w:t>establ</w:t>
      </w:r>
      <w:r w:rsidR="00D27C05">
        <w:t>ecido</w:t>
      </w:r>
      <w:proofErr w:type="spellEnd"/>
      <w:r w:rsidR="00D27C05">
        <w:t xml:space="preserve"> </w:t>
      </w:r>
      <w:proofErr w:type="spellStart"/>
      <w:r w:rsidR="00D27C05">
        <w:t>en</w:t>
      </w:r>
      <w:proofErr w:type="spellEnd"/>
      <w:r w:rsidR="00D27C05">
        <w:t xml:space="preserve"> las bases </w:t>
      </w:r>
      <w:proofErr w:type="spellStart"/>
      <w:r w:rsidR="00D27C05">
        <w:t>reguladoras</w:t>
      </w:r>
      <w:proofErr w:type="spellEnd"/>
      <w:r w:rsidR="00D27C05">
        <w:t xml:space="preserve"> o </w:t>
      </w:r>
      <w:proofErr w:type="spellStart"/>
      <w:r w:rsidR="00D27C05">
        <w:t>estar</w:t>
      </w:r>
      <w:proofErr w:type="spellEnd"/>
      <w:r w:rsidR="00D27C05">
        <w:t xml:space="preserve"> </w:t>
      </w:r>
      <w:proofErr w:type="spellStart"/>
      <w:r w:rsidR="00D27C05">
        <w:t>imputadas</w:t>
      </w:r>
      <w:proofErr w:type="spellEnd"/>
      <w:r w:rsidR="00D27C05">
        <w:t xml:space="preserve"> </w:t>
      </w:r>
      <w:proofErr w:type="spellStart"/>
      <w:r w:rsidR="00D27C05">
        <w:t>en</w:t>
      </w:r>
      <w:proofErr w:type="spellEnd"/>
      <w:r w:rsidR="00D27C05">
        <w:t xml:space="preserve"> </w:t>
      </w:r>
      <w:proofErr w:type="spellStart"/>
      <w:r w:rsidR="00D27C05">
        <w:t>proceso</w:t>
      </w:r>
      <w:proofErr w:type="spellEnd"/>
      <w:r w:rsidR="00D27C05">
        <w:t xml:space="preserve"> de </w:t>
      </w:r>
      <w:proofErr w:type="spellStart"/>
      <w:r w:rsidR="00D27C05">
        <w:t>dopaje</w:t>
      </w:r>
      <w:proofErr w:type="spellEnd"/>
      <w:r w:rsidR="00D27C05">
        <w:t>.</w:t>
      </w:r>
      <w:r>
        <w:br/>
        <w:t xml:space="preserve">- No </w:t>
      </w:r>
      <w:proofErr w:type="spellStart"/>
      <w:proofErr w:type="gramStart"/>
      <w:r w:rsidR="00975323">
        <w:t>haber</w:t>
      </w:r>
      <w:proofErr w:type="spellEnd"/>
      <w:proofErr w:type="gramEnd"/>
      <w:r w:rsidR="00975323">
        <w:t xml:space="preserve"> </w:t>
      </w:r>
      <w:proofErr w:type="spellStart"/>
      <w:r w:rsidR="00975323">
        <w:t>justificado</w:t>
      </w:r>
      <w:proofErr w:type="spellEnd"/>
      <w:r w:rsidR="00975323">
        <w:t xml:space="preserve"> </w:t>
      </w:r>
      <w:proofErr w:type="spellStart"/>
      <w:r w:rsidR="00975323">
        <w:t>subvenciones</w:t>
      </w:r>
      <w:proofErr w:type="spellEnd"/>
      <w:r>
        <w:t xml:space="preserve"> </w:t>
      </w:r>
      <w:proofErr w:type="spellStart"/>
      <w:r>
        <w:t>anteriores</w:t>
      </w:r>
      <w:proofErr w:type="spellEnd"/>
      <w:r>
        <w:t>.</w:t>
      </w:r>
      <w:r>
        <w:br/>
        <w:t xml:space="preserve">- No </w:t>
      </w:r>
      <w:proofErr w:type="spellStart"/>
      <w:r>
        <w:t>cumplir</w:t>
      </w:r>
      <w:proofErr w:type="spellEnd"/>
      <w:r>
        <w:t xml:space="preserve"> </w:t>
      </w:r>
      <w:proofErr w:type="spellStart"/>
      <w:r w:rsidR="00DE1A62">
        <w:t>los</w:t>
      </w:r>
      <w:proofErr w:type="spellEnd"/>
      <w:r w:rsidR="00DE1A62">
        <w:t xml:space="preserve"> </w:t>
      </w:r>
      <w:proofErr w:type="spellStart"/>
      <w:r>
        <w:t>requisitos</w:t>
      </w:r>
      <w:proofErr w:type="spellEnd"/>
      <w:r>
        <w:t xml:space="preserve"> </w:t>
      </w:r>
      <w:proofErr w:type="spellStart"/>
      <w:r>
        <w:t>específicos</w:t>
      </w:r>
      <w:proofErr w:type="spellEnd"/>
      <w:r>
        <w:t xml:space="preserve"> </w:t>
      </w:r>
      <w:proofErr w:type="spellStart"/>
      <w:r w:rsidR="00DE1A62">
        <w:t>detallados</w:t>
      </w:r>
      <w:proofErr w:type="spellEnd"/>
      <w:r w:rsidR="00DE1A62">
        <w:t xml:space="preserve"> </w:t>
      </w:r>
      <w:proofErr w:type="spellStart"/>
      <w:r w:rsidR="00DE1A62">
        <w:t>en</w:t>
      </w:r>
      <w:proofErr w:type="spellEnd"/>
      <w:r w:rsidR="00DE1A62">
        <w:t xml:space="preserve"> las bases </w:t>
      </w:r>
      <w:proofErr w:type="spellStart"/>
      <w:r w:rsidR="00DE1A62">
        <w:t>reguladoras</w:t>
      </w:r>
      <w:proofErr w:type="spellEnd"/>
      <w:r w:rsidR="00DE1A62">
        <w:t>.</w:t>
      </w:r>
      <w:r>
        <w:br/>
        <w:t xml:space="preserve">- No </w:t>
      </w:r>
      <w:proofErr w:type="spellStart"/>
      <w:r>
        <w:t>competir</w:t>
      </w:r>
      <w:proofErr w:type="spellEnd"/>
      <w:r>
        <w:t xml:space="preserve"> </w:t>
      </w:r>
      <w:proofErr w:type="spellStart"/>
      <w:r w:rsidR="00975323">
        <w:t>en</w:t>
      </w:r>
      <w:proofErr w:type="spellEnd"/>
      <w:r w:rsidR="00975323">
        <w:t xml:space="preserve"> </w:t>
      </w:r>
      <w:proofErr w:type="spellStart"/>
      <w:r w:rsidR="00975323">
        <w:t>ligas</w:t>
      </w:r>
      <w:proofErr w:type="spellEnd"/>
      <w:r w:rsidR="00975323">
        <w:t xml:space="preserve"> o </w:t>
      </w:r>
      <w:proofErr w:type="spellStart"/>
      <w:r w:rsidR="00975323">
        <w:t>campeonatos</w:t>
      </w:r>
      <w:proofErr w:type="spellEnd"/>
      <w:r w:rsidR="00975323">
        <w:t xml:space="preserve"> </w:t>
      </w:r>
      <w:proofErr w:type="spellStart"/>
      <w:r w:rsidR="00975323">
        <w:t>fe</w:t>
      </w:r>
      <w:r w:rsidR="00237D19">
        <w:t>derativos</w:t>
      </w:r>
      <w:proofErr w:type="spellEnd"/>
      <w:r w:rsidR="00237D19">
        <w:t xml:space="preserve"> de </w:t>
      </w:r>
      <w:proofErr w:type="spellStart"/>
      <w:r w:rsidR="00237D19">
        <w:t>carácter</w:t>
      </w:r>
      <w:proofErr w:type="spellEnd"/>
      <w:r w:rsidR="00237D19">
        <w:t xml:space="preserve"> </w:t>
      </w:r>
      <w:proofErr w:type="spellStart"/>
      <w:r w:rsidR="00237D19">
        <w:t>nacional</w:t>
      </w:r>
      <w:proofErr w:type="spellEnd"/>
      <w:r w:rsidR="00237D19">
        <w:t xml:space="preserve"> </w:t>
      </w:r>
      <w:proofErr w:type="spellStart"/>
      <w:r w:rsidR="00237D19">
        <w:t>en</w:t>
      </w:r>
      <w:proofErr w:type="spellEnd"/>
      <w:r w:rsidR="00237D19">
        <w:t xml:space="preserve"> las </w:t>
      </w:r>
      <w:proofErr w:type="spellStart"/>
      <w:r w:rsidR="00237D19">
        <w:t>categorías</w:t>
      </w:r>
      <w:proofErr w:type="spellEnd"/>
      <w:r w:rsidR="00237D19">
        <w:t xml:space="preserve"> </w:t>
      </w:r>
      <w:proofErr w:type="spellStart"/>
      <w:r w:rsidR="00237D19">
        <w:t>máximas</w:t>
      </w:r>
      <w:proofErr w:type="spellEnd"/>
      <w:r w:rsidR="00237D19">
        <w:t xml:space="preserve"> y </w:t>
      </w:r>
      <w:proofErr w:type="spellStart"/>
      <w:r w:rsidR="00237D19">
        <w:t>submáximas</w:t>
      </w:r>
      <w:proofErr w:type="spellEnd"/>
      <w:r w:rsidR="001300B5">
        <w:t>.</w:t>
      </w:r>
    </w:p>
    <w:p w:rsidR="00B53156" w:rsidRPr="00217B12" w:rsidRDefault="00D40283" w:rsidP="000D1597">
      <w:pPr>
        <w:pStyle w:val="Ttulo2"/>
        <w:ind w:left="-142" w:right="-1141"/>
        <w:rPr>
          <w:color w:val="auto"/>
        </w:rPr>
      </w:pPr>
      <w:r w:rsidRPr="00217B12">
        <w:rPr>
          <w:color w:val="auto"/>
        </w:rPr>
        <w:lastRenderedPageBreak/>
        <w:t xml:space="preserve">    5.  </w:t>
      </w:r>
      <w:r w:rsidR="00DC59C8" w:rsidRPr="00217B12">
        <w:rPr>
          <w:color w:val="auto"/>
        </w:rPr>
        <w:t>CÓMO FUNCIONA LA BAREMACIÓN</w:t>
      </w:r>
    </w:p>
    <w:p w:rsidR="001300B5" w:rsidRDefault="0047460C" w:rsidP="000D1597">
      <w:pPr>
        <w:spacing w:line="360" w:lineRule="auto"/>
        <w:ind w:left="-142" w:right="-1141"/>
      </w:pPr>
      <w:r>
        <w:t xml:space="preserve">La </w:t>
      </w:r>
      <w:proofErr w:type="spellStart"/>
      <w:r>
        <w:t>convocatoria</w:t>
      </w:r>
      <w:proofErr w:type="spellEnd"/>
      <w:r>
        <w:t xml:space="preserve"> </w:t>
      </w:r>
      <w:proofErr w:type="spellStart"/>
      <w:r>
        <w:t>es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regimen de </w:t>
      </w:r>
      <w:proofErr w:type="spellStart"/>
      <w:r>
        <w:t>concurrencia</w:t>
      </w:r>
      <w:proofErr w:type="spellEnd"/>
      <w:r>
        <w:t xml:space="preserve"> </w:t>
      </w:r>
      <w:proofErr w:type="spellStart"/>
      <w:r w:rsidR="00DC59C8">
        <w:t>competitiva</w:t>
      </w:r>
      <w:proofErr w:type="spellEnd"/>
      <w:r>
        <w:t xml:space="preserve"> y s</w:t>
      </w:r>
      <w:r w:rsidR="00DC59C8">
        <w:t xml:space="preserve">e </w:t>
      </w:r>
      <w:proofErr w:type="spellStart"/>
      <w:r w:rsidR="00DC59C8">
        <w:t>valoran</w:t>
      </w:r>
      <w:proofErr w:type="spellEnd"/>
      <w:r w:rsidR="00DC59C8">
        <w:t>:</w:t>
      </w:r>
    </w:p>
    <w:p w:rsidR="007819FC" w:rsidRDefault="00DC59C8" w:rsidP="0056287A">
      <w:pPr>
        <w:spacing w:line="360" w:lineRule="auto"/>
        <w:ind w:left="-142" w:right="-1283"/>
      </w:pPr>
      <w:r>
        <w:t xml:space="preserve">- </w:t>
      </w:r>
      <w:proofErr w:type="spellStart"/>
      <w:r w:rsidR="007819FC">
        <w:t>Categoría</w:t>
      </w:r>
      <w:proofErr w:type="spellEnd"/>
      <w:r w:rsidR="007819FC">
        <w:t xml:space="preserve"> </w:t>
      </w:r>
      <w:proofErr w:type="spellStart"/>
      <w:r w:rsidR="007819FC">
        <w:t>nacional</w:t>
      </w:r>
      <w:proofErr w:type="spellEnd"/>
      <w:r w:rsidR="007819FC">
        <w:t xml:space="preserve"> y </w:t>
      </w:r>
      <w:proofErr w:type="spellStart"/>
      <w:r w:rsidR="007819FC">
        <w:t>niveles</w:t>
      </w:r>
      <w:proofErr w:type="spellEnd"/>
      <w:r w:rsidR="007819FC">
        <w:t xml:space="preserve"> </w:t>
      </w:r>
      <w:proofErr w:type="spellStart"/>
      <w:r w:rsidR="007819FC">
        <w:t>inferiores</w:t>
      </w:r>
      <w:proofErr w:type="spellEnd"/>
      <w:r w:rsidR="007819FC">
        <w:t xml:space="preserve"> </w:t>
      </w:r>
      <w:proofErr w:type="spellStart"/>
      <w:r w:rsidR="007819FC">
        <w:t>existentes</w:t>
      </w:r>
      <w:proofErr w:type="spellEnd"/>
      <w:r w:rsidR="007819FC">
        <w:t xml:space="preserve"> </w:t>
      </w:r>
      <w:proofErr w:type="spellStart"/>
      <w:r w:rsidR="007819FC">
        <w:t>según</w:t>
      </w:r>
      <w:proofErr w:type="spellEnd"/>
      <w:r w:rsidR="007819FC">
        <w:t xml:space="preserve"> la </w:t>
      </w:r>
      <w:proofErr w:type="spellStart"/>
      <w:r w:rsidR="007819FC">
        <w:t>es</w:t>
      </w:r>
      <w:r>
        <w:t>tructura</w:t>
      </w:r>
      <w:proofErr w:type="spellEnd"/>
      <w:r>
        <w:t xml:space="preserve"> de </w:t>
      </w:r>
      <w:proofErr w:type="spellStart"/>
      <w:r>
        <w:t>competición</w:t>
      </w:r>
      <w:proofErr w:type="spellEnd"/>
      <w:r>
        <w:t xml:space="preserve"> </w:t>
      </w:r>
    </w:p>
    <w:p w:rsidR="00DE1A62" w:rsidRDefault="00DC59C8" w:rsidP="0056287A">
      <w:pPr>
        <w:spacing w:line="360" w:lineRule="auto"/>
        <w:ind w:left="-142" w:right="-1283"/>
      </w:pPr>
      <w:r>
        <w:t xml:space="preserve">- </w:t>
      </w:r>
      <w:proofErr w:type="spellStart"/>
      <w:r>
        <w:t>Número</w:t>
      </w:r>
      <w:proofErr w:type="spellEnd"/>
      <w:r>
        <w:t xml:space="preserve"> </w:t>
      </w:r>
      <w:r w:rsidR="0056287A">
        <w:t xml:space="preserve">total </w:t>
      </w:r>
      <w:r>
        <w:t xml:space="preserve">de </w:t>
      </w:r>
      <w:proofErr w:type="spellStart"/>
      <w:r>
        <w:t>licencias</w:t>
      </w:r>
      <w:proofErr w:type="spellEnd"/>
      <w:r>
        <w:t xml:space="preserve"> </w:t>
      </w:r>
      <w:proofErr w:type="spellStart"/>
      <w:r w:rsidR="00237D19">
        <w:t>federadas</w:t>
      </w:r>
      <w:proofErr w:type="spellEnd"/>
      <w:r w:rsidR="00237D19">
        <w:t xml:space="preserve"> </w:t>
      </w:r>
      <w:proofErr w:type="spellStart"/>
      <w:r>
        <w:t>nacionales</w:t>
      </w:r>
      <w:proofErr w:type="spellEnd"/>
      <w:r>
        <w:t>.</w:t>
      </w:r>
      <w:r>
        <w:br/>
        <w:t xml:space="preserve">- </w:t>
      </w:r>
      <w:proofErr w:type="spellStart"/>
      <w:r w:rsidR="001300B5">
        <w:t>Número</w:t>
      </w:r>
      <w:proofErr w:type="spellEnd"/>
      <w:r w:rsidR="001300B5">
        <w:t xml:space="preserve"> de </w:t>
      </w:r>
      <w:proofErr w:type="spellStart"/>
      <w:r w:rsidR="001300B5">
        <w:t>j</w:t>
      </w:r>
      <w:r>
        <w:t>ornadas</w:t>
      </w:r>
      <w:proofErr w:type="spellEnd"/>
      <w:r>
        <w:t xml:space="preserve"> </w:t>
      </w:r>
      <w:proofErr w:type="spellStart"/>
      <w:proofErr w:type="gramStart"/>
      <w:r w:rsidR="00237D19">
        <w:t>según</w:t>
      </w:r>
      <w:proofErr w:type="spellEnd"/>
      <w:r w:rsidR="00237D19">
        <w:t xml:space="preserve">  </w:t>
      </w:r>
      <w:proofErr w:type="spellStart"/>
      <w:r w:rsidR="00237D19">
        <w:t>calendario</w:t>
      </w:r>
      <w:proofErr w:type="spellEnd"/>
      <w:proofErr w:type="gramEnd"/>
      <w:r w:rsidR="00237D19">
        <w:t xml:space="preserve"> </w:t>
      </w:r>
      <w:proofErr w:type="spellStart"/>
      <w:r w:rsidR="00237D19">
        <w:t>federativo</w:t>
      </w:r>
      <w:proofErr w:type="spellEnd"/>
      <w:r w:rsidR="00237D19">
        <w:t xml:space="preserve"> </w:t>
      </w:r>
      <w:proofErr w:type="spellStart"/>
      <w:r w:rsidR="00237D19">
        <w:t>oficial</w:t>
      </w:r>
      <w:proofErr w:type="spellEnd"/>
      <w:r>
        <w:t>.</w:t>
      </w:r>
      <w:r>
        <w:br/>
        <w:t xml:space="preserve">- </w:t>
      </w:r>
      <w:proofErr w:type="spellStart"/>
      <w:r w:rsidR="001300B5">
        <w:t>Tipos</w:t>
      </w:r>
      <w:proofErr w:type="spellEnd"/>
      <w:r w:rsidR="001300B5">
        <w:t xml:space="preserve"> de </w:t>
      </w:r>
      <w:proofErr w:type="spellStart"/>
      <w:r w:rsidR="001300B5">
        <w:t>d</w:t>
      </w:r>
      <w:r>
        <w:t>esplazamientos</w:t>
      </w:r>
      <w:proofErr w:type="spellEnd"/>
      <w:r>
        <w:t xml:space="preserve"> (</w:t>
      </w:r>
      <w:proofErr w:type="spellStart"/>
      <w:r w:rsidR="00237D19">
        <w:t>ámbito</w:t>
      </w:r>
      <w:proofErr w:type="spellEnd"/>
      <w:r w:rsidR="00237D19">
        <w:t xml:space="preserve"> local, </w:t>
      </w:r>
      <w:proofErr w:type="spellStart"/>
      <w:r w:rsidR="001300B5">
        <w:t>autonómico</w:t>
      </w:r>
      <w:proofErr w:type="spellEnd"/>
      <w:r w:rsidR="001300B5">
        <w:t xml:space="preserve">, </w:t>
      </w:r>
      <w:proofErr w:type="spellStart"/>
      <w:r w:rsidR="00237D19">
        <w:t>nacional</w:t>
      </w:r>
      <w:proofErr w:type="spellEnd"/>
      <w:r w:rsidR="00237D19">
        <w:t xml:space="preserve">, </w:t>
      </w:r>
      <w:proofErr w:type="spellStart"/>
      <w:r w:rsidR="00237D19">
        <w:t>internacional</w:t>
      </w:r>
      <w:proofErr w:type="spellEnd"/>
      <w:r>
        <w:t>).</w:t>
      </w:r>
      <w:r>
        <w:br/>
        <w:t xml:space="preserve">- </w:t>
      </w:r>
      <w:proofErr w:type="spellStart"/>
      <w:r w:rsidR="001300B5">
        <w:t>Participación</w:t>
      </w:r>
      <w:proofErr w:type="spellEnd"/>
      <w:r w:rsidR="001300B5">
        <w:t xml:space="preserve"> </w:t>
      </w:r>
      <w:proofErr w:type="spellStart"/>
      <w:r w:rsidR="001300B5">
        <w:t>federada</w:t>
      </w:r>
      <w:proofErr w:type="spellEnd"/>
      <w:r>
        <w:t xml:space="preserve"> de </w:t>
      </w:r>
      <w:proofErr w:type="spellStart"/>
      <w:r>
        <w:t>otros</w:t>
      </w:r>
      <w:proofErr w:type="spellEnd"/>
      <w:r>
        <w:t xml:space="preserve"> </w:t>
      </w:r>
      <w:proofErr w:type="spellStart"/>
      <w:proofErr w:type="gramStart"/>
      <w:r>
        <w:t>equipos</w:t>
      </w:r>
      <w:proofErr w:type="spellEnd"/>
      <w:r>
        <w:t xml:space="preserve"> </w:t>
      </w:r>
      <w:r w:rsidR="00DE1A62">
        <w:t>,</w:t>
      </w:r>
      <w:proofErr w:type="gramEnd"/>
      <w:r w:rsidR="00DE1A62">
        <w:t xml:space="preserve"> </w:t>
      </w:r>
      <w:proofErr w:type="spellStart"/>
      <w:r w:rsidR="00DE1A62">
        <w:t>conforme</w:t>
      </w:r>
      <w:proofErr w:type="spellEnd"/>
      <w:r w:rsidR="00DE1A62">
        <w:t xml:space="preserve"> a lo </w:t>
      </w:r>
      <w:proofErr w:type="spellStart"/>
      <w:r w:rsidR="00DE1A62">
        <w:t>establecido</w:t>
      </w:r>
      <w:proofErr w:type="spellEnd"/>
      <w:r w:rsidR="00DE1A62">
        <w:t xml:space="preserve"> </w:t>
      </w:r>
      <w:proofErr w:type="spellStart"/>
      <w:r w:rsidR="00DE1A62">
        <w:t>en</w:t>
      </w:r>
      <w:proofErr w:type="spellEnd"/>
      <w:r w:rsidR="00DE1A62">
        <w:t xml:space="preserve"> las bases.</w:t>
      </w:r>
    </w:p>
    <w:p w:rsidR="00B53156" w:rsidRPr="00217B12" w:rsidRDefault="00DC59C8" w:rsidP="0056287A">
      <w:pPr>
        <w:spacing w:line="360" w:lineRule="auto"/>
        <w:ind w:left="-142" w:right="-1283"/>
        <w:rPr>
          <w:rFonts w:asciiTheme="majorHAnsi" w:eastAsiaTheme="majorEastAsia" w:hAnsiTheme="majorHAnsi" w:cstheme="majorBidi"/>
          <w:b/>
          <w:bCs/>
          <w:sz w:val="26"/>
          <w:szCs w:val="26"/>
        </w:rPr>
      </w:pPr>
      <w:r>
        <w:t xml:space="preserve">- </w:t>
      </w:r>
      <w:proofErr w:type="spellStart"/>
      <w:r w:rsidR="00237D19">
        <w:t>Juego</w:t>
      </w:r>
      <w:proofErr w:type="spellEnd"/>
      <w:r w:rsidR="00237D19">
        <w:t xml:space="preserve"> </w:t>
      </w:r>
      <w:proofErr w:type="spellStart"/>
      <w:r w:rsidR="00237D19">
        <w:t>Limpio</w:t>
      </w:r>
      <w:proofErr w:type="spellEnd"/>
      <w:r>
        <w:t xml:space="preserve"> (sin </w:t>
      </w:r>
      <w:proofErr w:type="spellStart"/>
      <w:r>
        <w:t>sanciones</w:t>
      </w:r>
      <w:proofErr w:type="spellEnd"/>
      <w:r>
        <w:t>).</w:t>
      </w:r>
      <w:r>
        <w:br/>
        <w:t>- Deporte olímpico/paralímpico.</w:t>
      </w:r>
      <w:r>
        <w:br/>
      </w:r>
      <w:r w:rsidR="0056287A">
        <w:t xml:space="preserve">- </w:t>
      </w:r>
      <w:proofErr w:type="spellStart"/>
      <w:r w:rsidR="0056287A">
        <w:t>Logro</w:t>
      </w:r>
      <w:r w:rsidR="007819FC">
        <w:t>s</w:t>
      </w:r>
      <w:proofErr w:type="spellEnd"/>
      <w:r w:rsidR="007819FC">
        <w:t xml:space="preserve"> </w:t>
      </w:r>
      <w:proofErr w:type="spellStart"/>
      <w:r w:rsidR="007819FC">
        <w:t>deportivos</w:t>
      </w:r>
      <w:proofErr w:type="spellEnd"/>
      <w:r w:rsidR="007819FC">
        <w:t xml:space="preserve"> (</w:t>
      </w:r>
      <w:proofErr w:type="spellStart"/>
      <w:r w:rsidR="007819FC">
        <w:t>Campeonatos</w:t>
      </w:r>
      <w:proofErr w:type="spellEnd"/>
      <w:r w:rsidR="007819FC">
        <w:t xml:space="preserve"> de Europa, </w:t>
      </w:r>
      <w:proofErr w:type="spellStart"/>
      <w:r w:rsidR="007819FC">
        <w:t>Copas</w:t>
      </w:r>
      <w:proofErr w:type="spellEnd"/>
      <w:r w:rsidR="007819FC">
        <w:t xml:space="preserve">, </w:t>
      </w:r>
      <w:proofErr w:type="spellStart"/>
      <w:r w:rsidR="007819FC">
        <w:t>campeonatos</w:t>
      </w:r>
      <w:proofErr w:type="spellEnd"/>
      <w:r w:rsidR="007819FC">
        <w:t xml:space="preserve"> </w:t>
      </w:r>
      <w:proofErr w:type="spellStart"/>
      <w:proofErr w:type="gramStart"/>
      <w:r w:rsidR="007819FC">
        <w:t>nacionales</w:t>
      </w:r>
      <w:proofErr w:type="spellEnd"/>
      <w:r w:rsidR="007819FC">
        <w:t xml:space="preserve">, </w:t>
      </w:r>
      <w:r w:rsidR="0056287A">
        <w:t>...)</w:t>
      </w:r>
      <w:proofErr w:type="gramEnd"/>
      <w:r w:rsidR="0056287A">
        <w:t>.</w:t>
      </w:r>
      <w:r>
        <w:br/>
        <w:t>¡El valor</w:t>
      </w:r>
      <w:r w:rsidR="00237D19">
        <w:t xml:space="preserve"> </w:t>
      </w:r>
      <w:proofErr w:type="gramStart"/>
      <w:r w:rsidR="00237D19">
        <w:t>del</w:t>
      </w:r>
      <w:proofErr w:type="gramEnd"/>
      <w:r w:rsidR="00237D19">
        <w:t xml:space="preserve"> </w:t>
      </w:r>
      <w:proofErr w:type="spellStart"/>
      <w:r w:rsidR="00237D19">
        <w:t>punto</w:t>
      </w:r>
      <w:proofErr w:type="spellEnd"/>
      <w:r w:rsidR="00237D19">
        <w:t xml:space="preserve"> </w:t>
      </w:r>
      <w:proofErr w:type="spellStart"/>
      <w:r w:rsidR="00237D19">
        <w:t>depende</w:t>
      </w:r>
      <w:proofErr w:type="spellEnd"/>
      <w:r w:rsidR="00237D19">
        <w:t xml:space="preserve"> de la </w:t>
      </w:r>
      <w:proofErr w:type="spellStart"/>
      <w:r w:rsidR="00237D19">
        <w:t>suma</w:t>
      </w:r>
      <w:proofErr w:type="spellEnd"/>
      <w:r w:rsidR="00237D19">
        <w:t xml:space="preserve"> total de </w:t>
      </w:r>
      <w:proofErr w:type="spellStart"/>
      <w:r w:rsidR="00237D19">
        <w:t>puntos</w:t>
      </w:r>
      <w:proofErr w:type="spellEnd"/>
      <w:r w:rsidR="00237D19">
        <w:t xml:space="preserve"> de </w:t>
      </w:r>
      <w:proofErr w:type="spellStart"/>
      <w:r w:rsidR="00237D19">
        <w:t>todas</w:t>
      </w:r>
      <w:proofErr w:type="spellEnd"/>
      <w:r w:rsidR="00237D19">
        <w:t xml:space="preserve"> las </w:t>
      </w:r>
      <w:r>
        <w:t>solicitudes</w:t>
      </w:r>
      <w:r w:rsidR="00237D19">
        <w:t xml:space="preserve"> </w:t>
      </w:r>
      <w:proofErr w:type="spellStart"/>
      <w:r w:rsidR="00237D19">
        <w:t>admitidas</w:t>
      </w:r>
      <w:proofErr w:type="spellEnd"/>
      <w:r>
        <w:t>!</w:t>
      </w:r>
      <w:r>
        <w:br/>
      </w:r>
      <w:r w:rsidRPr="00217B12">
        <w:rPr>
          <w:rFonts w:asciiTheme="majorHAnsi" w:eastAsiaTheme="majorEastAsia" w:hAnsiTheme="majorHAnsi" w:cstheme="majorBidi"/>
          <w:b/>
          <w:bCs/>
          <w:sz w:val="26"/>
          <w:szCs w:val="26"/>
        </w:rPr>
        <w:t xml:space="preserve"> </w:t>
      </w:r>
      <w:r w:rsidR="00D40283" w:rsidRPr="00217B12">
        <w:rPr>
          <w:rFonts w:asciiTheme="majorHAnsi" w:eastAsiaTheme="majorEastAsia" w:hAnsiTheme="majorHAnsi" w:cstheme="majorBidi"/>
          <w:b/>
          <w:bCs/>
          <w:sz w:val="26"/>
          <w:szCs w:val="26"/>
        </w:rPr>
        <w:t xml:space="preserve">   6.  </w:t>
      </w:r>
      <w:r w:rsidRPr="00217B12">
        <w:rPr>
          <w:rFonts w:asciiTheme="majorHAnsi" w:eastAsiaTheme="majorEastAsia" w:hAnsiTheme="majorHAnsi" w:cstheme="majorBidi"/>
          <w:b/>
          <w:bCs/>
          <w:sz w:val="26"/>
          <w:szCs w:val="26"/>
        </w:rPr>
        <w:t>PAGO Y JUSTIFICACIÓN</w:t>
      </w:r>
    </w:p>
    <w:p w:rsidR="00B53156" w:rsidRPr="00746674" w:rsidRDefault="000D1597" w:rsidP="000D1597">
      <w:pPr>
        <w:spacing w:line="360" w:lineRule="auto"/>
        <w:ind w:left="142" w:right="-1141" w:hanging="284"/>
        <w:rPr>
          <w:rFonts w:asciiTheme="majorHAnsi" w:eastAsiaTheme="majorEastAsia" w:hAnsiTheme="majorHAnsi" w:cstheme="majorBidi"/>
          <w:b/>
          <w:bCs/>
          <w:sz w:val="26"/>
          <w:szCs w:val="26"/>
        </w:rPr>
      </w:pPr>
      <w:r>
        <w:t xml:space="preserve">      </w:t>
      </w:r>
      <w:r w:rsidR="00217B12">
        <w:t xml:space="preserve"> -Pago </w:t>
      </w:r>
      <w:proofErr w:type="spellStart"/>
      <w:r w:rsidR="00217B12">
        <w:t>único</w:t>
      </w:r>
      <w:proofErr w:type="spellEnd"/>
      <w:r w:rsidR="00217B12">
        <w:t>: 1</w:t>
      </w:r>
      <w:r w:rsidR="00DC59C8">
        <w:t xml:space="preserve">00% </w:t>
      </w:r>
      <w:proofErr w:type="spellStart"/>
      <w:r w:rsidR="00DC59C8">
        <w:t>anticipado</w:t>
      </w:r>
      <w:proofErr w:type="spellEnd"/>
      <w:r w:rsidR="00DC59C8">
        <w:t xml:space="preserve"> </w:t>
      </w:r>
      <w:proofErr w:type="spellStart"/>
      <w:r w:rsidR="00DC59C8">
        <w:t>por</w:t>
      </w:r>
      <w:proofErr w:type="spellEnd"/>
      <w:r w:rsidR="00DC59C8">
        <w:t xml:space="preserve"> </w:t>
      </w:r>
      <w:proofErr w:type="spellStart"/>
      <w:r w:rsidR="00DC59C8">
        <w:t>transferencia</w:t>
      </w:r>
      <w:proofErr w:type="spellEnd"/>
      <w:r w:rsidR="00237D19">
        <w:t xml:space="preserve"> </w:t>
      </w:r>
      <w:proofErr w:type="spellStart"/>
      <w:r w:rsidR="00237D19">
        <w:t>bancaria</w:t>
      </w:r>
      <w:proofErr w:type="spellEnd"/>
      <w:r w:rsidR="00DC59C8">
        <w:t>.</w:t>
      </w:r>
      <w:r w:rsidR="00DC59C8">
        <w:br/>
        <w:t xml:space="preserve">- </w:t>
      </w:r>
      <w:proofErr w:type="spellStart"/>
      <w:r w:rsidR="00DC59C8">
        <w:t>Plazo</w:t>
      </w:r>
      <w:proofErr w:type="spellEnd"/>
      <w:r w:rsidR="00DC59C8">
        <w:t xml:space="preserve"> de </w:t>
      </w:r>
      <w:proofErr w:type="spellStart"/>
      <w:r w:rsidR="00DC59C8">
        <w:t>justificación</w:t>
      </w:r>
      <w:proofErr w:type="spellEnd"/>
      <w:r w:rsidR="00DC59C8">
        <w:t xml:space="preserve">: 3 </w:t>
      </w:r>
      <w:proofErr w:type="spellStart"/>
      <w:r w:rsidR="00DC59C8">
        <w:t>meses</w:t>
      </w:r>
      <w:proofErr w:type="spellEnd"/>
      <w:r w:rsidR="00DC59C8">
        <w:t xml:space="preserve"> </w:t>
      </w:r>
      <w:proofErr w:type="spellStart"/>
      <w:r w:rsidR="00DC59C8">
        <w:t>desde</w:t>
      </w:r>
      <w:proofErr w:type="spellEnd"/>
      <w:r w:rsidR="00DC59C8">
        <w:t xml:space="preserve"> la </w:t>
      </w:r>
      <w:proofErr w:type="spellStart"/>
      <w:r w:rsidR="00DC59C8">
        <w:t>publicación</w:t>
      </w:r>
      <w:proofErr w:type="spellEnd"/>
      <w:r w:rsidR="00DC59C8">
        <w:t xml:space="preserve"> de la </w:t>
      </w:r>
      <w:proofErr w:type="spellStart"/>
      <w:r w:rsidR="00DC59C8">
        <w:t>resolución</w:t>
      </w:r>
      <w:proofErr w:type="spellEnd"/>
      <w:r w:rsidR="00DC59C8">
        <w:t xml:space="preserve"> </w:t>
      </w:r>
      <w:proofErr w:type="spellStart"/>
      <w:r w:rsidR="007819FC">
        <w:t>definitiva</w:t>
      </w:r>
      <w:proofErr w:type="spellEnd"/>
      <w:r w:rsidR="007819FC">
        <w:t>.</w:t>
      </w:r>
      <w:r w:rsidR="00DC59C8">
        <w:br/>
      </w:r>
      <w:r>
        <w:t xml:space="preserve">              </w:t>
      </w:r>
      <w:proofErr w:type="spellStart"/>
      <w:r w:rsidR="00DC59C8">
        <w:t>Documentación</w:t>
      </w:r>
      <w:proofErr w:type="spellEnd"/>
      <w:r w:rsidR="00DC59C8">
        <w:t xml:space="preserve"> </w:t>
      </w:r>
      <w:r w:rsidR="007819FC">
        <w:t xml:space="preserve">que </w:t>
      </w:r>
      <w:proofErr w:type="spellStart"/>
      <w:r w:rsidR="007819FC">
        <w:t>deberá</w:t>
      </w:r>
      <w:proofErr w:type="spellEnd"/>
      <w:r w:rsidR="007819FC">
        <w:t xml:space="preserve"> </w:t>
      </w:r>
      <w:proofErr w:type="spellStart"/>
      <w:r w:rsidR="007819FC">
        <w:t>presentarse</w:t>
      </w:r>
      <w:proofErr w:type="spellEnd"/>
      <w:r w:rsidR="007819FC">
        <w:t xml:space="preserve"> </w:t>
      </w:r>
      <w:proofErr w:type="spellStart"/>
      <w:r w:rsidR="007819FC">
        <w:t>por</w:t>
      </w:r>
      <w:proofErr w:type="spellEnd"/>
      <w:r w:rsidR="007819FC">
        <w:t xml:space="preserve"> </w:t>
      </w:r>
      <w:proofErr w:type="spellStart"/>
      <w:r w:rsidR="007819FC">
        <w:t>Registro</w:t>
      </w:r>
      <w:proofErr w:type="spellEnd"/>
      <w:r w:rsidR="007819FC">
        <w:t xml:space="preserve"> </w:t>
      </w:r>
      <w:r w:rsidR="00DC59C8">
        <w:t xml:space="preserve">para </w:t>
      </w:r>
      <w:proofErr w:type="spellStart"/>
      <w:r w:rsidR="00DC59C8">
        <w:t>justificar</w:t>
      </w:r>
      <w:proofErr w:type="spellEnd"/>
      <w:r w:rsidR="007819FC">
        <w:t xml:space="preserve"> la </w:t>
      </w:r>
      <w:proofErr w:type="spellStart"/>
      <w:r w:rsidR="007819FC">
        <w:t>subvención</w:t>
      </w:r>
      <w:proofErr w:type="spellEnd"/>
      <w:r w:rsidR="007819FC">
        <w:t>:</w:t>
      </w:r>
      <w:r w:rsidR="00DC59C8">
        <w:br/>
      </w:r>
      <w:r>
        <w:t xml:space="preserve">                   </w:t>
      </w:r>
      <w:r w:rsidR="00DC59C8">
        <w:t xml:space="preserve">- </w:t>
      </w:r>
      <w:proofErr w:type="spellStart"/>
      <w:r w:rsidR="00DC59C8">
        <w:t>Anexo</w:t>
      </w:r>
      <w:proofErr w:type="spellEnd"/>
      <w:r w:rsidR="00DC59C8">
        <w:t xml:space="preserve"> IV – </w:t>
      </w:r>
      <w:proofErr w:type="spellStart"/>
      <w:r w:rsidR="00DC59C8">
        <w:t>Cuenta</w:t>
      </w:r>
      <w:proofErr w:type="spellEnd"/>
      <w:r w:rsidR="00DC59C8">
        <w:t xml:space="preserve"> </w:t>
      </w:r>
      <w:proofErr w:type="spellStart"/>
      <w:r w:rsidR="00DC59C8">
        <w:t>justificativa</w:t>
      </w:r>
      <w:proofErr w:type="spellEnd"/>
      <w:r w:rsidR="00DC59C8">
        <w:t>.</w:t>
      </w:r>
      <w:r w:rsidR="00DC59C8">
        <w:br/>
      </w:r>
      <w:r>
        <w:t xml:space="preserve">                   </w:t>
      </w:r>
      <w:r w:rsidR="00DC59C8">
        <w:t xml:space="preserve">- </w:t>
      </w:r>
      <w:proofErr w:type="spellStart"/>
      <w:r w:rsidR="00DC59C8">
        <w:t>Facturas</w:t>
      </w:r>
      <w:proofErr w:type="spellEnd"/>
      <w:r w:rsidR="00DC59C8">
        <w:t xml:space="preserve"> y </w:t>
      </w:r>
      <w:proofErr w:type="spellStart"/>
      <w:r w:rsidR="00DC59C8">
        <w:t>recibos</w:t>
      </w:r>
      <w:proofErr w:type="spellEnd"/>
      <w:r w:rsidR="00DC59C8">
        <w:t>.</w:t>
      </w:r>
      <w:r w:rsidR="00DC59C8">
        <w:br/>
      </w:r>
      <w:r>
        <w:t xml:space="preserve">                   </w:t>
      </w:r>
      <w:r w:rsidR="00DC59C8">
        <w:t xml:space="preserve">- </w:t>
      </w:r>
      <w:proofErr w:type="spellStart"/>
      <w:r w:rsidR="00DC59C8">
        <w:t>Extractos</w:t>
      </w:r>
      <w:proofErr w:type="spellEnd"/>
      <w:r w:rsidR="00DC59C8">
        <w:t xml:space="preserve"> </w:t>
      </w:r>
      <w:proofErr w:type="spellStart"/>
      <w:r w:rsidR="00DC59C8">
        <w:t>bancarios</w:t>
      </w:r>
      <w:proofErr w:type="spellEnd"/>
      <w:r w:rsidR="00DC59C8">
        <w:t xml:space="preserve"> o </w:t>
      </w:r>
      <w:proofErr w:type="spellStart"/>
      <w:r w:rsidR="00DC59C8">
        <w:t>justificantes</w:t>
      </w:r>
      <w:proofErr w:type="spellEnd"/>
      <w:r w:rsidR="00DC59C8">
        <w:t xml:space="preserve"> de </w:t>
      </w:r>
      <w:proofErr w:type="spellStart"/>
      <w:r w:rsidR="00DC59C8">
        <w:t>pago</w:t>
      </w:r>
      <w:proofErr w:type="spellEnd"/>
      <w:r w:rsidR="00237D19">
        <w:t xml:space="preserve"> de </w:t>
      </w:r>
      <w:proofErr w:type="spellStart"/>
      <w:r w:rsidR="00237D19">
        <w:t>facturas</w:t>
      </w:r>
      <w:proofErr w:type="spellEnd"/>
      <w:r w:rsidR="00237D19">
        <w:t xml:space="preserve"> y </w:t>
      </w:r>
      <w:proofErr w:type="spellStart"/>
      <w:r w:rsidR="00237D19">
        <w:t>recibos</w:t>
      </w:r>
      <w:proofErr w:type="spellEnd"/>
      <w:r w:rsidR="00DC59C8">
        <w:t>.</w:t>
      </w:r>
      <w:r w:rsidR="00DC59C8">
        <w:br/>
      </w:r>
      <w:r>
        <w:t xml:space="preserve">                   - </w:t>
      </w:r>
      <w:proofErr w:type="spellStart"/>
      <w:r>
        <w:t>Certificado</w:t>
      </w:r>
      <w:proofErr w:type="spellEnd"/>
      <w:r>
        <w:t xml:space="preserve"> del </w:t>
      </w:r>
      <w:proofErr w:type="spellStart"/>
      <w:r>
        <w:t>secretario</w:t>
      </w:r>
      <w:proofErr w:type="spellEnd"/>
      <w:r>
        <w:t xml:space="preserve">/a de la </w:t>
      </w:r>
      <w:proofErr w:type="spellStart"/>
      <w:r>
        <w:t>entidad</w:t>
      </w:r>
      <w:proofErr w:type="spellEnd"/>
      <w:r>
        <w:t xml:space="preserve"> </w:t>
      </w:r>
      <w:proofErr w:type="spellStart"/>
      <w:r>
        <w:t>deportiva</w:t>
      </w:r>
      <w:proofErr w:type="spellEnd"/>
      <w:r>
        <w:t xml:space="preserve"> </w:t>
      </w:r>
      <w:proofErr w:type="spellStart"/>
      <w:r>
        <w:t>solicitante</w:t>
      </w:r>
      <w:proofErr w:type="spellEnd"/>
      <w:r>
        <w:t>.</w:t>
      </w:r>
      <w:r w:rsidR="00DC59C8">
        <w:br/>
      </w:r>
      <w:r>
        <w:t xml:space="preserve">                   </w:t>
      </w:r>
      <w:r w:rsidR="00DC59C8">
        <w:t xml:space="preserve">- </w:t>
      </w:r>
      <w:proofErr w:type="spellStart"/>
      <w:r w:rsidR="00DC59C8">
        <w:t>Acta</w:t>
      </w:r>
      <w:proofErr w:type="spellEnd"/>
      <w:r w:rsidR="00DC59C8">
        <w:t xml:space="preserve"> de la </w:t>
      </w:r>
      <w:proofErr w:type="spellStart"/>
      <w:r w:rsidR="00DC59C8">
        <w:t>asamblea</w:t>
      </w:r>
      <w:proofErr w:type="spellEnd"/>
      <w:r w:rsidR="00D40283">
        <w:t xml:space="preserve"> </w:t>
      </w:r>
      <w:proofErr w:type="spellStart"/>
      <w:r w:rsidR="00D40283">
        <w:t>por</w:t>
      </w:r>
      <w:proofErr w:type="spellEnd"/>
      <w:r w:rsidR="00D40283">
        <w:t xml:space="preserve"> el que se </w:t>
      </w:r>
      <w:proofErr w:type="spellStart"/>
      <w:r w:rsidR="00D40283">
        <w:t>aprueba</w:t>
      </w:r>
      <w:proofErr w:type="spellEnd"/>
      <w:r w:rsidR="00D40283">
        <w:t xml:space="preserve"> la </w:t>
      </w:r>
      <w:proofErr w:type="spellStart"/>
      <w:r w:rsidR="00D40283">
        <w:t>Cuenta</w:t>
      </w:r>
      <w:proofErr w:type="spellEnd"/>
      <w:r w:rsidR="00D40283">
        <w:t xml:space="preserve"> </w:t>
      </w:r>
      <w:proofErr w:type="spellStart"/>
      <w:r w:rsidR="00D40283">
        <w:t>justificativa</w:t>
      </w:r>
      <w:proofErr w:type="spellEnd"/>
      <w:r w:rsidR="00DC59C8">
        <w:t>.</w:t>
      </w:r>
      <w:r w:rsidR="00DC59C8">
        <w:br/>
      </w:r>
      <w:r>
        <w:t xml:space="preserve">                   </w:t>
      </w:r>
      <w:r w:rsidR="00DC59C8">
        <w:t xml:space="preserve">- </w:t>
      </w:r>
      <w:proofErr w:type="spellStart"/>
      <w:r w:rsidR="00DC59C8">
        <w:t>Anexo</w:t>
      </w:r>
      <w:proofErr w:type="spellEnd"/>
      <w:r w:rsidR="00DC59C8">
        <w:t xml:space="preserve"> V – </w:t>
      </w:r>
      <w:proofErr w:type="spellStart"/>
      <w:r w:rsidR="00DC59C8">
        <w:t>Publi</w:t>
      </w:r>
      <w:r w:rsidR="00D40283">
        <w:t>cidad</w:t>
      </w:r>
      <w:proofErr w:type="spellEnd"/>
      <w:r w:rsidR="00D40283">
        <w:t xml:space="preserve"> y </w:t>
      </w:r>
      <w:proofErr w:type="spellStart"/>
      <w:r w:rsidR="00D40283">
        <w:t>difusión</w:t>
      </w:r>
      <w:proofErr w:type="spellEnd"/>
      <w:r w:rsidR="00D40283">
        <w:t xml:space="preserve"> </w:t>
      </w:r>
      <w:proofErr w:type="spellStart"/>
      <w:r w:rsidR="00D40283">
        <w:t>demostradas</w:t>
      </w:r>
      <w:proofErr w:type="spellEnd"/>
      <w:r w:rsidR="00D40283">
        <w:t>.</w:t>
      </w:r>
      <w:r w:rsidR="00DC59C8">
        <w:br/>
      </w:r>
      <w:r>
        <w:rPr>
          <w:rFonts w:ascii="Segoe UI Symbol" w:eastAsiaTheme="majorEastAsia" w:hAnsi="Segoe UI Symbol" w:cs="Segoe UI Symbol"/>
          <w:b/>
          <w:bCs/>
          <w:color w:val="4F81BD" w:themeColor="accent1"/>
          <w:sz w:val="26"/>
          <w:szCs w:val="26"/>
        </w:rPr>
        <w:t xml:space="preserve">   </w:t>
      </w:r>
      <w:r w:rsidRPr="00746674">
        <w:rPr>
          <w:rFonts w:asciiTheme="majorHAnsi" w:eastAsiaTheme="majorEastAsia" w:hAnsiTheme="majorHAnsi" w:cstheme="majorBidi"/>
          <w:b/>
          <w:bCs/>
          <w:sz w:val="26"/>
          <w:szCs w:val="26"/>
        </w:rPr>
        <w:t xml:space="preserve">7.  </w:t>
      </w:r>
      <w:r w:rsidR="00DC59C8" w:rsidRPr="00746674">
        <w:rPr>
          <w:rFonts w:asciiTheme="majorHAnsi" w:eastAsiaTheme="majorEastAsia" w:hAnsiTheme="majorHAnsi" w:cstheme="majorBidi"/>
          <w:b/>
          <w:bCs/>
          <w:sz w:val="26"/>
          <w:szCs w:val="26"/>
        </w:rPr>
        <w:t xml:space="preserve"> DIFUSIÓN Y PUBLICIDAD OBLIGATORIA</w:t>
      </w:r>
    </w:p>
    <w:p w:rsidR="00D00655" w:rsidRPr="00D00655" w:rsidRDefault="00D40283" w:rsidP="00D00655">
      <w:pPr>
        <w:pStyle w:val="Prrafodelista"/>
        <w:numPr>
          <w:ilvl w:val="0"/>
          <w:numId w:val="16"/>
        </w:numPr>
        <w:spacing w:line="360" w:lineRule="auto"/>
        <w:ind w:right="-1141"/>
        <w:rPr>
          <w:rFonts w:asciiTheme="majorHAnsi" w:eastAsiaTheme="majorEastAsia" w:hAnsiTheme="majorHAnsi" w:cstheme="majorBidi"/>
          <w:b/>
          <w:bCs/>
          <w:sz w:val="26"/>
          <w:szCs w:val="26"/>
        </w:rPr>
      </w:pPr>
      <w:proofErr w:type="spellStart"/>
      <w:r>
        <w:t>Publicación</w:t>
      </w:r>
      <w:proofErr w:type="spellEnd"/>
      <w:r>
        <w:t xml:space="preserve"> de</w:t>
      </w:r>
      <w:r w:rsidR="00D00655">
        <w:t xml:space="preserve">l </w:t>
      </w:r>
      <w:r w:rsidR="00DE1A62">
        <w:t xml:space="preserve">ANEXO V </w:t>
      </w:r>
      <w:bookmarkStart w:id="0" w:name="_GoBack"/>
      <w:bookmarkEnd w:id="0"/>
      <w:r w:rsidR="00D00655">
        <w:t xml:space="preserve">de </w:t>
      </w:r>
      <w:proofErr w:type="spellStart"/>
      <w:r w:rsidR="00D00655">
        <w:t>difusión</w:t>
      </w:r>
      <w:proofErr w:type="spellEnd"/>
      <w:r w:rsidR="00D00655">
        <w:t xml:space="preserve"> de</w:t>
      </w:r>
      <w:r>
        <w:t xml:space="preserve"> la</w:t>
      </w:r>
      <w:r w:rsidR="00237D19">
        <w:t xml:space="preserve"> </w:t>
      </w:r>
      <w:proofErr w:type="spellStart"/>
      <w:r w:rsidR="00237D19">
        <w:t>subvención</w:t>
      </w:r>
      <w:proofErr w:type="spellEnd"/>
      <w:r w:rsidR="00237D19">
        <w:t xml:space="preserve"> </w:t>
      </w:r>
      <w:proofErr w:type="spellStart"/>
      <w:r w:rsidR="00237D19">
        <w:t>percibida</w:t>
      </w:r>
      <w:proofErr w:type="spellEnd"/>
      <w:r w:rsidR="00237D19">
        <w:t xml:space="preserve"> del </w:t>
      </w:r>
      <w:proofErr w:type="spellStart"/>
      <w:r w:rsidR="00DC59C8">
        <w:t>Ayuntamiento</w:t>
      </w:r>
      <w:proofErr w:type="spellEnd"/>
      <w:r w:rsidR="00DC59C8">
        <w:t xml:space="preserve"> </w:t>
      </w:r>
      <w:proofErr w:type="spellStart"/>
      <w:r w:rsidR="00DC59C8">
        <w:t>en</w:t>
      </w:r>
      <w:proofErr w:type="spellEnd"/>
      <w:r w:rsidR="00DC59C8">
        <w:t xml:space="preserve"> </w:t>
      </w:r>
      <w:r w:rsidR="00237D19">
        <w:t xml:space="preserve">webs, </w:t>
      </w:r>
      <w:proofErr w:type="spellStart"/>
      <w:r w:rsidR="00DC59C8">
        <w:t>redes</w:t>
      </w:r>
      <w:proofErr w:type="spellEnd"/>
      <w:r w:rsidR="00D00655">
        <w:t xml:space="preserve">, </w:t>
      </w:r>
      <w:proofErr w:type="spellStart"/>
      <w:r w:rsidR="00D00655">
        <w:t>etc</w:t>
      </w:r>
      <w:proofErr w:type="spellEnd"/>
      <w:r w:rsidR="00D00655">
        <w:t>…</w:t>
      </w:r>
    </w:p>
    <w:p w:rsidR="00B53156" w:rsidRPr="00D00655" w:rsidRDefault="00DC59C8" w:rsidP="00D00655">
      <w:pPr>
        <w:pStyle w:val="Prrafodelista"/>
        <w:numPr>
          <w:ilvl w:val="0"/>
          <w:numId w:val="16"/>
        </w:numPr>
        <w:spacing w:line="360" w:lineRule="auto"/>
        <w:ind w:right="-1141"/>
        <w:rPr>
          <w:rFonts w:asciiTheme="majorHAnsi" w:eastAsiaTheme="majorEastAsia" w:hAnsiTheme="majorHAnsi" w:cstheme="majorBidi"/>
          <w:b/>
          <w:bCs/>
          <w:sz w:val="26"/>
          <w:szCs w:val="26"/>
        </w:rPr>
      </w:pPr>
      <w:r>
        <w:t xml:space="preserve">- </w:t>
      </w:r>
      <w:proofErr w:type="spellStart"/>
      <w:r>
        <w:t>Justificación</w:t>
      </w:r>
      <w:proofErr w:type="spellEnd"/>
      <w:r w:rsidR="00D40283">
        <w:t xml:space="preserve"> de la </w:t>
      </w:r>
      <w:proofErr w:type="spellStart"/>
      <w:r w:rsidR="00D40283">
        <w:t>difusión</w:t>
      </w:r>
      <w:proofErr w:type="spellEnd"/>
      <w:r>
        <w:t xml:space="preserve"> </w:t>
      </w:r>
      <w:proofErr w:type="spellStart"/>
      <w:r>
        <w:t>mediante</w:t>
      </w:r>
      <w:proofErr w:type="spellEnd"/>
      <w:r>
        <w:t xml:space="preserve"> </w:t>
      </w:r>
      <w:proofErr w:type="spellStart"/>
      <w:r>
        <w:t>capturas</w:t>
      </w:r>
      <w:proofErr w:type="spellEnd"/>
      <w:r>
        <w:t>, enlaces o documentos impresos.</w:t>
      </w:r>
      <w:r>
        <w:br/>
      </w:r>
      <w:r w:rsidR="000D1597" w:rsidRPr="00D00655">
        <w:rPr>
          <w:rFonts w:ascii="Segoe UI Symbol" w:eastAsiaTheme="majorEastAsia" w:hAnsi="Segoe UI Symbol" w:cs="Segoe UI Symbol"/>
          <w:b/>
          <w:bCs/>
          <w:color w:val="4F81BD" w:themeColor="accent1"/>
          <w:sz w:val="26"/>
          <w:szCs w:val="26"/>
        </w:rPr>
        <w:t xml:space="preserve">  </w:t>
      </w:r>
      <w:r w:rsidRPr="00D00655">
        <w:rPr>
          <w:rFonts w:ascii="Segoe UI Symbol" w:eastAsiaTheme="majorEastAsia" w:hAnsi="Segoe UI Symbol" w:cs="Segoe UI Symbol"/>
          <w:b/>
          <w:bCs/>
          <w:color w:val="4F81BD" w:themeColor="accent1"/>
          <w:sz w:val="26"/>
          <w:szCs w:val="26"/>
        </w:rPr>
        <w:t xml:space="preserve"> </w:t>
      </w:r>
      <w:r w:rsidR="000D1597" w:rsidRPr="00D00655">
        <w:rPr>
          <w:rFonts w:asciiTheme="majorHAnsi" w:eastAsiaTheme="majorEastAsia" w:hAnsiTheme="majorHAnsi" w:cstheme="majorBidi"/>
          <w:b/>
          <w:bCs/>
          <w:sz w:val="26"/>
          <w:szCs w:val="26"/>
        </w:rPr>
        <w:t xml:space="preserve">8.  </w:t>
      </w:r>
      <w:r w:rsidRPr="00D00655">
        <w:rPr>
          <w:rFonts w:asciiTheme="majorHAnsi" w:eastAsiaTheme="majorEastAsia" w:hAnsiTheme="majorHAnsi" w:cstheme="majorBidi"/>
          <w:b/>
          <w:bCs/>
          <w:sz w:val="26"/>
          <w:szCs w:val="26"/>
        </w:rPr>
        <w:t>¿NECESITAS AYUDA?</w:t>
      </w:r>
    </w:p>
    <w:p w:rsidR="000D1597" w:rsidRDefault="00D40283" w:rsidP="000D1597">
      <w:pPr>
        <w:pBdr>
          <w:bottom w:val="single" w:sz="6" w:space="14" w:color="8A1010"/>
        </w:pBdr>
        <w:shd w:val="clear" w:color="auto" w:fill="FFFFFF" w:themeFill="background1"/>
        <w:spacing w:before="300" w:after="390" w:line="240" w:lineRule="auto"/>
        <w:ind w:left="-142" w:right="-1141"/>
        <w:outlineLvl w:val="2"/>
        <w:rPr>
          <w:rFonts w:ascii="Arial" w:eastAsia="Times New Roman" w:hAnsi="Arial" w:cs="Arial"/>
          <w:sz w:val="20"/>
          <w:szCs w:val="20"/>
          <w:lang w:val="es-ES" w:eastAsia="es-ES"/>
        </w:rPr>
      </w:pPr>
      <w:r w:rsidRPr="000D1597">
        <w:rPr>
          <w:rFonts w:ascii="Arial" w:eastAsia="Times New Roman" w:hAnsi="Arial" w:cs="Arial"/>
          <w:b/>
          <w:sz w:val="20"/>
          <w:szCs w:val="20"/>
          <w:u w:val="single"/>
          <w:lang w:val="es-ES" w:eastAsia="es-ES"/>
        </w:rPr>
        <w:t>Contacto</w:t>
      </w:r>
      <w:proofErr w:type="gramStart"/>
      <w:r w:rsidRPr="000D1597">
        <w:rPr>
          <w:rFonts w:ascii="Arial" w:eastAsia="Times New Roman" w:hAnsi="Arial" w:cs="Arial"/>
          <w:b/>
          <w:sz w:val="20"/>
          <w:szCs w:val="20"/>
          <w:u w:val="single"/>
          <w:lang w:val="es-ES" w:eastAsia="es-ES"/>
        </w:rPr>
        <w:t>:</w:t>
      </w:r>
      <w:r w:rsidRPr="000D1597">
        <w:rPr>
          <w:rFonts w:ascii="Arial" w:eastAsia="Times New Roman" w:hAnsi="Arial" w:cs="Arial"/>
          <w:sz w:val="20"/>
          <w:szCs w:val="20"/>
          <w:lang w:val="es-ES" w:eastAsia="es-ES"/>
        </w:rPr>
        <w:t xml:space="preserve"> </w:t>
      </w:r>
      <w:r w:rsidR="001300B5" w:rsidRPr="001300B5">
        <w:rPr>
          <w:rFonts w:ascii="Arial" w:eastAsia="Times New Roman" w:hAnsi="Arial" w:cs="Arial"/>
          <w:sz w:val="20"/>
          <w:szCs w:val="20"/>
          <w:lang w:val="es-ES" w:eastAsia="es-ES"/>
        </w:rPr>
        <w:t> Palacio</w:t>
      </w:r>
      <w:proofErr w:type="gramEnd"/>
      <w:r w:rsidR="001300B5" w:rsidRPr="001300B5">
        <w:rPr>
          <w:rFonts w:ascii="Arial" w:eastAsia="Times New Roman" w:hAnsi="Arial" w:cs="Arial"/>
          <w:sz w:val="20"/>
          <w:szCs w:val="20"/>
          <w:lang w:val="es-ES" w:eastAsia="es-ES"/>
        </w:rPr>
        <w:t xml:space="preserve"> de los Deportes, Calle Se</w:t>
      </w:r>
      <w:r>
        <w:rPr>
          <w:rFonts w:ascii="Arial" w:eastAsia="Times New Roman" w:hAnsi="Arial" w:cs="Arial"/>
          <w:sz w:val="20"/>
          <w:szCs w:val="20"/>
          <w:lang w:val="es-ES" w:eastAsia="es-ES"/>
        </w:rPr>
        <w:t xml:space="preserve">rrana, s/n, </w:t>
      </w:r>
      <w:r w:rsidR="001300B5">
        <w:rPr>
          <w:rFonts w:ascii="Arial" w:eastAsia="Times New Roman" w:hAnsi="Arial" w:cs="Arial"/>
          <w:sz w:val="20"/>
          <w:szCs w:val="20"/>
          <w:lang w:val="es-ES" w:eastAsia="es-ES"/>
        </w:rPr>
        <w:t>•</w:t>
      </w:r>
      <w:r w:rsidR="001300B5">
        <w:rPr>
          <w:rFonts w:ascii="Arial" w:eastAsia="Times New Roman" w:hAnsi="Arial" w:cs="Arial"/>
          <w:sz w:val="20"/>
          <w:szCs w:val="20"/>
          <w:lang w:val="es-ES" w:eastAsia="es-ES"/>
        </w:rPr>
        <w:tab/>
      </w:r>
      <w:r w:rsidR="00D00655">
        <w:rPr>
          <w:rFonts w:ascii="Arial" w:eastAsia="Times New Roman" w:hAnsi="Arial" w:cs="Arial"/>
          <w:sz w:val="20"/>
          <w:szCs w:val="20"/>
          <w:lang w:val="es-ES" w:eastAsia="es-ES"/>
        </w:rPr>
        <w:t>Horario: De</w:t>
      </w:r>
      <w:r w:rsidR="001300B5" w:rsidRPr="001300B5">
        <w:rPr>
          <w:rFonts w:ascii="Arial" w:eastAsia="Times New Roman" w:hAnsi="Arial" w:cs="Arial"/>
          <w:sz w:val="20"/>
          <w:szCs w:val="20"/>
          <w:lang w:val="es-ES" w:eastAsia="es-ES"/>
        </w:rPr>
        <w:t xml:space="preserve"> lunes</w:t>
      </w:r>
      <w:r w:rsidR="000D1597">
        <w:rPr>
          <w:rFonts w:ascii="Arial" w:eastAsia="Times New Roman" w:hAnsi="Arial" w:cs="Arial"/>
          <w:sz w:val="20"/>
          <w:szCs w:val="20"/>
          <w:lang w:val="es-ES" w:eastAsia="es-ES"/>
        </w:rPr>
        <w:t xml:space="preserve"> a viernes de 9:00h. </w:t>
      </w:r>
      <w:proofErr w:type="gramStart"/>
      <w:r w:rsidR="000D1597">
        <w:rPr>
          <w:rFonts w:ascii="Arial" w:eastAsia="Times New Roman" w:hAnsi="Arial" w:cs="Arial"/>
          <w:sz w:val="20"/>
          <w:szCs w:val="20"/>
          <w:lang w:val="es-ES" w:eastAsia="es-ES"/>
        </w:rPr>
        <w:t>a</w:t>
      </w:r>
      <w:proofErr w:type="gramEnd"/>
      <w:r w:rsidR="000D1597">
        <w:rPr>
          <w:rFonts w:ascii="Arial" w:eastAsia="Times New Roman" w:hAnsi="Arial" w:cs="Arial"/>
          <w:sz w:val="20"/>
          <w:szCs w:val="20"/>
          <w:lang w:val="es-ES" w:eastAsia="es-ES"/>
        </w:rPr>
        <w:t xml:space="preserve"> 14:00h.</w:t>
      </w:r>
    </w:p>
    <w:p w:rsidR="000D1597" w:rsidRDefault="001300B5" w:rsidP="000D1597">
      <w:pPr>
        <w:pBdr>
          <w:bottom w:val="single" w:sz="6" w:space="14" w:color="8A1010"/>
        </w:pBdr>
        <w:shd w:val="clear" w:color="auto" w:fill="FFFFFF" w:themeFill="background1"/>
        <w:spacing w:before="300" w:after="390" w:line="240" w:lineRule="auto"/>
        <w:ind w:left="-142" w:right="-1141"/>
        <w:outlineLvl w:val="2"/>
        <w:rPr>
          <w:rFonts w:ascii="Arial" w:eastAsia="Times New Roman" w:hAnsi="Arial" w:cs="Arial"/>
          <w:sz w:val="20"/>
          <w:szCs w:val="20"/>
          <w:lang w:val="es-ES" w:eastAsia="es-ES"/>
        </w:rPr>
      </w:pPr>
      <w:r w:rsidRPr="001300B5">
        <w:rPr>
          <w:rFonts w:ascii="Arial" w:eastAsia="Times New Roman" w:hAnsi="Arial" w:cs="Arial"/>
          <w:sz w:val="20"/>
          <w:szCs w:val="20"/>
          <w:lang w:val="es-ES" w:eastAsia="es-ES"/>
        </w:rPr>
        <w:t>Cita Previa</w:t>
      </w:r>
      <w:r w:rsidR="00D40283">
        <w:rPr>
          <w:rFonts w:ascii="Arial" w:eastAsia="Times New Roman" w:hAnsi="Arial" w:cs="Arial"/>
          <w:sz w:val="20"/>
          <w:szCs w:val="20"/>
          <w:lang w:val="es-ES" w:eastAsia="es-ES"/>
        </w:rPr>
        <w:t xml:space="preserve"> </w:t>
      </w:r>
      <w:r w:rsidR="00FB1285">
        <w:rPr>
          <w:rFonts w:ascii="Arial" w:eastAsia="Times New Roman" w:hAnsi="Arial" w:cs="Arial"/>
          <w:sz w:val="20"/>
          <w:szCs w:val="20"/>
          <w:lang w:val="es-ES" w:eastAsia="es-ES"/>
        </w:rPr>
        <w:t xml:space="preserve">- </w:t>
      </w:r>
      <w:r w:rsidR="00D40283">
        <w:rPr>
          <w:rFonts w:ascii="Arial" w:eastAsia="Times New Roman" w:hAnsi="Arial" w:cs="Arial"/>
          <w:sz w:val="20"/>
          <w:szCs w:val="20"/>
          <w:lang w:val="es-ES" w:eastAsia="es-ES"/>
        </w:rPr>
        <w:t>Subvenciones</w:t>
      </w:r>
      <w:r w:rsidRPr="001300B5">
        <w:rPr>
          <w:rFonts w:ascii="Arial" w:eastAsia="Times New Roman" w:hAnsi="Arial" w:cs="Arial"/>
          <w:sz w:val="20"/>
          <w:szCs w:val="20"/>
          <w:lang w:val="es-ES" w:eastAsia="es-ES"/>
        </w:rPr>
        <w:t>: 955 66 43 20 / 955 66 44 17</w:t>
      </w:r>
      <w:r w:rsidR="000D1597">
        <w:rPr>
          <w:rFonts w:ascii="Arial" w:eastAsia="Times New Roman" w:hAnsi="Arial" w:cs="Arial"/>
          <w:sz w:val="20"/>
          <w:szCs w:val="20"/>
          <w:lang w:val="es-ES" w:eastAsia="es-ES"/>
        </w:rPr>
        <w:t xml:space="preserve">     </w:t>
      </w:r>
    </w:p>
    <w:p w:rsidR="00D40283" w:rsidRDefault="000D1597" w:rsidP="000D1597">
      <w:pPr>
        <w:pBdr>
          <w:bottom w:val="single" w:sz="6" w:space="14" w:color="8A1010"/>
        </w:pBdr>
        <w:shd w:val="clear" w:color="auto" w:fill="FFFFFF" w:themeFill="background1"/>
        <w:spacing w:before="300" w:after="390" w:line="240" w:lineRule="auto"/>
        <w:ind w:left="-142" w:right="-1141"/>
        <w:outlineLvl w:val="2"/>
        <w:rPr>
          <w:rFonts w:ascii="Arial" w:eastAsia="Times New Roman" w:hAnsi="Arial" w:cs="Arial"/>
          <w:sz w:val="20"/>
          <w:szCs w:val="20"/>
          <w:lang w:val="es-ES" w:eastAsia="es-ES"/>
        </w:rPr>
      </w:pPr>
      <w:r>
        <w:rPr>
          <w:rFonts w:ascii="Arial" w:eastAsia="Times New Roman" w:hAnsi="Arial" w:cs="Arial"/>
          <w:sz w:val="20"/>
          <w:szCs w:val="20"/>
          <w:lang w:val="es-ES" w:eastAsia="es-ES"/>
        </w:rPr>
        <w:t xml:space="preserve">Más información: </w:t>
      </w:r>
      <w:hyperlink r:id="rId8" w:anchor="dep-sub-comfedsup" w:history="1">
        <w:r w:rsidRPr="008609F5">
          <w:rPr>
            <w:rStyle w:val="Hipervnculo"/>
            <w:rFonts w:ascii="Arial" w:eastAsia="Times New Roman" w:hAnsi="Arial" w:cs="Arial"/>
            <w:sz w:val="20"/>
            <w:szCs w:val="20"/>
            <w:lang w:val="es-ES" w:eastAsia="es-ES"/>
          </w:rPr>
          <w:t>https://www.doshermanas.net/subvenciones/#dep-sub-comfedsup</w:t>
        </w:r>
      </w:hyperlink>
    </w:p>
    <w:sectPr w:rsidR="00D40283" w:rsidSect="000D1597">
      <w:headerReference w:type="default" r:id="rId9"/>
      <w:pgSz w:w="12240" w:h="15840"/>
      <w:pgMar w:top="1" w:right="1800" w:bottom="142" w:left="180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0283" w:rsidRDefault="00D40283" w:rsidP="00D40283">
      <w:pPr>
        <w:spacing w:after="0" w:line="240" w:lineRule="auto"/>
      </w:pPr>
      <w:r>
        <w:separator/>
      </w:r>
    </w:p>
  </w:endnote>
  <w:endnote w:type="continuationSeparator" w:id="0">
    <w:p w:rsidR="00D40283" w:rsidRDefault="00D40283" w:rsidP="00D40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0283" w:rsidRDefault="00D40283" w:rsidP="00D40283">
      <w:pPr>
        <w:spacing w:after="0" w:line="240" w:lineRule="auto"/>
      </w:pPr>
      <w:r>
        <w:separator/>
      </w:r>
    </w:p>
  </w:footnote>
  <w:footnote w:type="continuationSeparator" w:id="0">
    <w:p w:rsidR="00D40283" w:rsidRDefault="00D40283" w:rsidP="00D402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0283" w:rsidRDefault="00D40283">
    <w:pPr>
      <w:pStyle w:val="Encabezado"/>
    </w:pPr>
    <w:r w:rsidRPr="00D40283">
      <w:rPr>
        <w:noProof/>
        <w:lang w:val="es-ES" w:eastAsia="es-ES"/>
      </w:rPr>
      <w:drawing>
        <wp:inline distT="0" distB="0" distL="0" distR="0">
          <wp:extent cx="1943100" cy="714375"/>
          <wp:effectExtent l="0" t="0" r="0" b="9525"/>
          <wp:docPr id="20" name="Imagen 20" descr="C:\Users\jmartin\Desktop\Marca\Logotipo_Ayto_Dos_Hermanas\Imagen\Color\Ayto_Dos_Hermanas_Deport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martin\Desktop\Marca\Logotipo_Ayto_Dos_Hermanas\Imagen\Color\Ayto_Dos_Hermanas_Deporte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A0353ED"/>
    <w:multiLevelType w:val="hybridMultilevel"/>
    <w:tmpl w:val="F51615C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707E4D"/>
    <w:multiLevelType w:val="hybridMultilevel"/>
    <w:tmpl w:val="3D2E6406"/>
    <w:lvl w:ilvl="0" w:tplc="0C0A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1" w15:restartNumberingAfterBreak="0">
    <w:nsid w:val="19BA31BA"/>
    <w:multiLevelType w:val="hybridMultilevel"/>
    <w:tmpl w:val="AD5AC6E4"/>
    <w:lvl w:ilvl="0" w:tplc="E1089F78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677FDF"/>
    <w:multiLevelType w:val="multilevel"/>
    <w:tmpl w:val="D9F89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7722768"/>
    <w:multiLevelType w:val="hybridMultilevel"/>
    <w:tmpl w:val="8B2824A6"/>
    <w:lvl w:ilvl="0" w:tplc="98A6BD3E">
      <w:numFmt w:val="bullet"/>
      <w:lvlText w:val="-"/>
      <w:lvlJc w:val="left"/>
      <w:pPr>
        <w:ind w:left="218" w:hanging="360"/>
      </w:pPr>
      <w:rPr>
        <w:rFonts w:ascii="Cambria" w:eastAsiaTheme="minorEastAsia" w:hAnsi="Cambria" w:cstheme="minorBidi" w:hint="default"/>
        <w:b w:val="0"/>
        <w:sz w:val="22"/>
      </w:rPr>
    </w:lvl>
    <w:lvl w:ilvl="1" w:tplc="0C0A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4" w15:restartNumberingAfterBreak="0">
    <w:nsid w:val="486345DC"/>
    <w:multiLevelType w:val="hybridMultilevel"/>
    <w:tmpl w:val="95C407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1E1665"/>
    <w:multiLevelType w:val="hybridMultilevel"/>
    <w:tmpl w:val="6B446DD8"/>
    <w:lvl w:ilvl="0" w:tplc="E1089F78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4"/>
  </w:num>
  <w:num w:numId="11">
    <w:abstractNumId w:val="15"/>
  </w:num>
  <w:num w:numId="12">
    <w:abstractNumId w:val="11"/>
  </w:num>
  <w:num w:numId="13">
    <w:abstractNumId w:val="12"/>
  </w:num>
  <w:num w:numId="14">
    <w:abstractNumId w:val="9"/>
  </w:num>
  <w:num w:numId="15">
    <w:abstractNumId w:val="10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071FCF"/>
    <w:rsid w:val="000D1597"/>
    <w:rsid w:val="001300B5"/>
    <w:rsid w:val="0015074B"/>
    <w:rsid w:val="00217B12"/>
    <w:rsid w:val="00237D19"/>
    <w:rsid w:val="0029639D"/>
    <w:rsid w:val="00326F90"/>
    <w:rsid w:val="004367C5"/>
    <w:rsid w:val="0047460C"/>
    <w:rsid w:val="00496FA1"/>
    <w:rsid w:val="0056287A"/>
    <w:rsid w:val="00640ADE"/>
    <w:rsid w:val="00746674"/>
    <w:rsid w:val="007819FC"/>
    <w:rsid w:val="00782317"/>
    <w:rsid w:val="007A6063"/>
    <w:rsid w:val="00975323"/>
    <w:rsid w:val="00A40DF3"/>
    <w:rsid w:val="00AA1D8D"/>
    <w:rsid w:val="00B47730"/>
    <w:rsid w:val="00B53156"/>
    <w:rsid w:val="00BC7FC2"/>
    <w:rsid w:val="00CB0664"/>
    <w:rsid w:val="00D00655"/>
    <w:rsid w:val="00D27C05"/>
    <w:rsid w:val="00D40283"/>
    <w:rsid w:val="00DC59C8"/>
    <w:rsid w:val="00DE1A62"/>
    <w:rsid w:val="00F00E44"/>
    <w:rsid w:val="00F04ED9"/>
    <w:rsid w:val="00FB1285"/>
    <w:rsid w:val="00FC693F"/>
    <w:rsid w:val="00FC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efaultImageDpi w14:val="300"/>
  <w15:docId w15:val="{594618FC-850D-4559-9F09-6837C4A65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1597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Puesto">
    <w:name w:val="Title"/>
    <w:basedOn w:val="Normal"/>
    <w:next w:val="Normal"/>
    <w:link w:val="Puest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vnculo">
    <w:name w:val="Hyperlink"/>
    <w:basedOn w:val="Fuentedeprrafopredeter"/>
    <w:uiPriority w:val="99"/>
    <w:unhideWhenUsed/>
    <w:rsid w:val="00237D19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27C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7C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019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389911">
          <w:marLeft w:val="0"/>
          <w:marRight w:val="5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33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935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561081">
                      <w:marLeft w:val="0"/>
                      <w:marRight w:val="0"/>
                      <w:marTop w:val="6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8320719">
          <w:marLeft w:val="0"/>
          <w:marRight w:val="5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32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75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94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shermanas.net/subvencione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A4FE7E1-B47A-42FC-9674-0CD8595A7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2</Pages>
  <Words>632</Words>
  <Characters>3479</Characters>
  <Application>Microsoft Office Word</Application>
  <DocSecurity>0</DocSecurity>
  <Lines>28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4103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Javier Martín Vera</cp:lastModifiedBy>
  <cp:revision>19</cp:revision>
  <cp:lastPrinted>2026-03-05T09:31:00Z</cp:lastPrinted>
  <dcterms:created xsi:type="dcterms:W3CDTF">2025-04-19T11:39:00Z</dcterms:created>
  <dcterms:modified xsi:type="dcterms:W3CDTF">2026-05-14T12:14:00Z</dcterms:modified>
  <cp:category/>
</cp:coreProperties>
</file>